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0D2485" w14:textId="77777777" w:rsidR="00ED6DA8" w:rsidRDefault="00ED6DA8" w:rsidP="00ED6DA8">
      <w:pPr>
        <w:spacing w:after="0" w:line="240" w:lineRule="auto"/>
        <w:jc w:val="right"/>
        <w:rPr>
          <w:rFonts w:ascii="Arial" w:hAnsi="Arial" w:cs="Arial"/>
          <w:sz w:val="20"/>
          <w:szCs w:val="20"/>
          <w:lang w:val="es-MX"/>
        </w:rPr>
      </w:pPr>
      <w:r w:rsidRPr="00620917">
        <w:rPr>
          <w:rFonts w:ascii="Arial" w:hAnsi="Arial" w:cs="Arial"/>
          <w:b/>
          <w:bCs/>
          <w:sz w:val="20"/>
          <w:szCs w:val="20"/>
          <w:lang w:val="es-MX"/>
        </w:rPr>
        <w:t>PROGRAMA:</w:t>
      </w:r>
      <w:r w:rsidRPr="00620917">
        <w:rPr>
          <w:rFonts w:ascii="Arial" w:hAnsi="Arial" w:cs="Arial"/>
          <w:sz w:val="20"/>
          <w:szCs w:val="20"/>
          <w:lang w:val="es-MX"/>
        </w:rPr>
        <w:t xml:space="preserve"> FAMILIA PRODUCTIVA</w:t>
      </w:r>
    </w:p>
    <w:p w14:paraId="513EE718" w14:textId="77777777" w:rsidR="00ED6DA8" w:rsidRPr="00620917" w:rsidRDefault="00ED6DA8" w:rsidP="00ED6DA8">
      <w:pPr>
        <w:spacing w:after="0" w:line="240" w:lineRule="auto"/>
        <w:jc w:val="right"/>
        <w:rPr>
          <w:rFonts w:ascii="Arial" w:hAnsi="Arial" w:cs="Arial"/>
          <w:sz w:val="20"/>
          <w:szCs w:val="20"/>
          <w:lang w:val="es-MX"/>
        </w:rPr>
      </w:pPr>
      <w:r w:rsidRPr="00144494">
        <w:rPr>
          <w:rFonts w:ascii="Arial" w:hAnsi="Arial" w:cs="Arial"/>
          <w:b/>
          <w:bCs/>
          <w:sz w:val="20"/>
          <w:szCs w:val="20"/>
          <w:lang w:val="es-MX"/>
        </w:rPr>
        <w:t>ASUNTO:</w:t>
      </w:r>
      <w:r>
        <w:rPr>
          <w:rFonts w:ascii="Arial" w:hAnsi="Arial" w:cs="Arial"/>
          <w:sz w:val="20"/>
          <w:szCs w:val="20"/>
          <w:lang w:val="es-MX"/>
        </w:rPr>
        <w:t xml:space="preserve"> CARTA DE EXPOSICIÓN DE MOTIVOS</w:t>
      </w:r>
    </w:p>
    <w:p w14:paraId="75346952" w14:textId="77777777" w:rsidR="00ED6DA8" w:rsidRPr="00620917" w:rsidRDefault="00ED6DA8" w:rsidP="00ED6DA8">
      <w:pPr>
        <w:spacing w:after="0" w:line="240" w:lineRule="auto"/>
        <w:jc w:val="right"/>
        <w:rPr>
          <w:rFonts w:ascii="Arial" w:hAnsi="Arial" w:cs="Arial"/>
          <w:sz w:val="20"/>
          <w:szCs w:val="20"/>
          <w:lang w:val="es-MX"/>
        </w:rPr>
      </w:pPr>
      <w:r w:rsidRPr="00620917">
        <w:rPr>
          <w:rFonts w:ascii="Arial" w:hAnsi="Arial" w:cs="Arial"/>
          <w:sz w:val="20"/>
          <w:szCs w:val="20"/>
          <w:lang w:val="es-MX"/>
        </w:rPr>
        <w:t xml:space="preserve">DOCTOR MORA, </w:t>
      </w:r>
      <w:r>
        <w:rPr>
          <w:rFonts w:ascii="Arial" w:hAnsi="Arial" w:cs="Arial"/>
          <w:sz w:val="20"/>
          <w:szCs w:val="20"/>
          <w:lang w:val="es-MX"/>
        </w:rPr>
        <w:t xml:space="preserve">GTO. </w:t>
      </w:r>
      <w:r w:rsidRPr="00620917">
        <w:rPr>
          <w:rFonts w:ascii="Arial" w:hAnsi="Arial" w:cs="Arial"/>
          <w:sz w:val="20"/>
          <w:szCs w:val="20"/>
          <w:lang w:val="es-MX"/>
        </w:rPr>
        <w:t>A</w:t>
      </w:r>
      <w:r>
        <w:rPr>
          <w:rFonts w:ascii="Arial" w:hAnsi="Arial" w:cs="Arial"/>
          <w:sz w:val="20"/>
          <w:szCs w:val="20"/>
          <w:lang w:val="es-MX"/>
        </w:rPr>
        <w:t xml:space="preserve"> _________ DE SEPTIEMBRE DE 2025</w:t>
      </w:r>
    </w:p>
    <w:p w14:paraId="76B95450" w14:textId="77777777" w:rsidR="00ED6DA8" w:rsidRDefault="00ED6DA8" w:rsidP="00ED6DA8">
      <w:pPr>
        <w:spacing w:after="0" w:line="360" w:lineRule="auto"/>
        <w:jc w:val="both"/>
        <w:rPr>
          <w:rFonts w:ascii="Arial" w:hAnsi="Arial" w:cs="Arial"/>
          <w:b/>
          <w:bCs/>
          <w:sz w:val="20"/>
          <w:szCs w:val="20"/>
          <w:lang w:val="es-MX"/>
        </w:rPr>
      </w:pPr>
    </w:p>
    <w:p w14:paraId="3EE48610" w14:textId="77777777" w:rsidR="00ED6DA8" w:rsidRDefault="00ED6DA8" w:rsidP="00ED6DA8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  <w:lang w:val="es-MX"/>
        </w:rPr>
      </w:pPr>
      <w:r>
        <w:rPr>
          <w:rFonts w:ascii="Arial" w:hAnsi="Arial" w:cs="Arial"/>
          <w:b/>
          <w:bCs/>
          <w:sz w:val="20"/>
          <w:szCs w:val="20"/>
          <w:lang w:val="es-MX"/>
        </w:rPr>
        <w:t>T.S.U. EDGAR JAVIER RESÉNDIZ JACOBO</w:t>
      </w:r>
    </w:p>
    <w:p w14:paraId="5FF7D72C" w14:textId="77777777" w:rsidR="00ED6DA8" w:rsidRDefault="00ED6DA8" w:rsidP="00ED6DA8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  <w:lang w:val="es-MX"/>
        </w:rPr>
      </w:pPr>
      <w:r>
        <w:rPr>
          <w:rFonts w:ascii="Arial" w:hAnsi="Arial" w:cs="Arial"/>
          <w:b/>
          <w:bCs/>
          <w:sz w:val="20"/>
          <w:szCs w:val="20"/>
          <w:lang w:val="es-MX"/>
        </w:rPr>
        <w:t>PRESIDENTE MUNICIPAL</w:t>
      </w:r>
    </w:p>
    <w:p w14:paraId="42069823" w14:textId="77777777" w:rsidR="00ED6DA8" w:rsidRDefault="00ED6DA8" w:rsidP="00ED6DA8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  <w:lang w:val="es-MX"/>
        </w:rPr>
      </w:pPr>
      <w:r>
        <w:rPr>
          <w:rFonts w:ascii="Arial" w:hAnsi="Arial" w:cs="Arial"/>
          <w:b/>
          <w:bCs/>
          <w:sz w:val="20"/>
          <w:szCs w:val="20"/>
          <w:lang w:val="es-MX"/>
        </w:rPr>
        <w:t>ADMINISTRACIÓN 2024-2027</w:t>
      </w:r>
    </w:p>
    <w:p w14:paraId="120758CD" w14:textId="77777777" w:rsidR="00ED6DA8" w:rsidRDefault="00ED6DA8" w:rsidP="00ED6DA8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  <w:lang w:val="es-MX"/>
        </w:rPr>
      </w:pPr>
      <w:r>
        <w:rPr>
          <w:rFonts w:ascii="Arial" w:hAnsi="Arial" w:cs="Arial"/>
          <w:b/>
          <w:bCs/>
          <w:sz w:val="20"/>
          <w:szCs w:val="20"/>
          <w:lang w:val="es-MX"/>
        </w:rPr>
        <w:t>DOCTOR MORA, GUANAJUATO</w:t>
      </w:r>
    </w:p>
    <w:p w14:paraId="3EE65B08" w14:textId="77777777" w:rsidR="00ED6DA8" w:rsidRDefault="00ED6DA8" w:rsidP="00ED6DA8">
      <w:pPr>
        <w:spacing w:after="0" w:line="360" w:lineRule="auto"/>
        <w:jc w:val="both"/>
        <w:rPr>
          <w:rFonts w:ascii="Arial" w:hAnsi="Arial" w:cs="Arial"/>
          <w:b/>
          <w:bCs/>
          <w:sz w:val="20"/>
          <w:szCs w:val="20"/>
          <w:lang w:val="es-MX"/>
        </w:rPr>
      </w:pPr>
    </w:p>
    <w:p w14:paraId="263F2257" w14:textId="77777777" w:rsidR="00ED6DA8" w:rsidRPr="00620917" w:rsidRDefault="00ED6DA8" w:rsidP="00ED6DA8">
      <w:pPr>
        <w:spacing w:after="0" w:line="360" w:lineRule="auto"/>
        <w:jc w:val="both"/>
        <w:rPr>
          <w:rFonts w:ascii="Arial" w:hAnsi="Arial" w:cs="Arial"/>
          <w:sz w:val="20"/>
          <w:szCs w:val="20"/>
          <w:lang w:val="es-MX"/>
        </w:rPr>
      </w:pPr>
      <w:r>
        <w:rPr>
          <w:rFonts w:ascii="Arial" w:hAnsi="Arial" w:cs="Arial"/>
          <w:b/>
          <w:bCs/>
          <w:sz w:val="20"/>
          <w:szCs w:val="20"/>
          <w:lang w:val="es-MX"/>
        </w:rPr>
        <w:t>El (la) que suscribe C.____________________________________________ de ____________ años de edad, con domicilio particular en _______________________________ de la localidad _________________________________. Con ocupación principal en ___________________________________________, me permito externarle lo siguiente:</w:t>
      </w:r>
    </w:p>
    <w:p w14:paraId="3839DA14" w14:textId="0FE140E3" w:rsidR="007934DD" w:rsidRPr="00620917" w:rsidRDefault="00ED6DA8" w:rsidP="00620917">
      <w:pPr>
        <w:pStyle w:val="Ttulo2"/>
        <w:spacing w:line="240" w:lineRule="auto"/>
        <w:jc w:val="both"/>
        <w:rPr>
          <w:rFonts w:ascii="Arial" w:hAnsi="Arial" w:cs="Arial"/>
          <w:color w:val="000000" w:themeColor="text1"/>
          <w:sz w:val="20"/>
          <w:szCs w:val="20"/>
          <w:lang w:val="es-MX"/>
        </w:rPr>
      </w:pPr>
      <w:r w:rsidRPr="00620917">
        <w:rPr>
          <w:rFonts w:ascii="Arial" w:hAnsi="Arial" w:cs="Arial"/>
          <w:color w:val="000000" w:themeColor="text1"/>
          <w:sz w:val="20"/>
          <w:szCs w:val="20"/>
          <w:lang w:val="es-MX"/>
        </w:rPr>
        <w:t xml:space="preserve">1. </w:t>
      </w:r>
      <w:r>
        <w:rPr>
          <w:rFonts w:ascii="Arial" w:hAnsi="Arial" w:cs="Arial"/>
          <w:color w:val="000000" w:themeColor="text1"/>
          <w:sz w:val="20"/>
          <w:szCs w:val="20"/>
          <w:lang w:val="es-MX"/>
        </w:rPr>
        <w:t>M</w:t>
      </w:r>
      <w:r w:rsidRPr="00620917">
        <w:rPr>
          <w:rFonts w:ascii="Arial" w:hAnsi="Arial" w:cs="Arial"/>
          <w:color w:val="000000" w:themeColor="text1"/>
          <w:sz w:val="20"/>
          <w:szCs w:val="20"/>
          <w:lang w:val="es-MX"/>
        </w:rPr>
        <w:t>i situación actual es:</w:t>
      </w:r>
    </w:p>
    <w:p w14:paraId="1E7006B0" w14:textId="70FE0CBC" w:rsidR="007934DD" w:rsidRPr="00620917" w:rsidRDefault="00ED6DA8" w:rsidP="00170BA5">
      <w:pPr>
        <w:spacing w:after="0" w:line="240" w:lineRule="auto"/>
        <w:jc w:val="both"/>
        <w:rPr>
          <w:rFonts w:ascii="Arial" w:hAnsi="Arial" w:cs="Arial"/>
          <w:sz w:val="20"/>
          <w:szCs w:val="20"/>
          <w:lang w:val="es-MX"/>
        </w:rPr>
      </w:pPr>
      <w:r w:rsidRPr="00620917">
        <w:rPr>
          <w:rFonts w:ascii="Segoe UI Symbol" w:hAnsi="Segoe UI Symbol" w:cs="Segoe UI Symbol"/>
          <w:sz w:val="20"/>
          <w:szCs w:val="20"/>
          <w:lang w:val="es-MX"/>
        </w:rPr>
        <w:t>☐</w:t>
      </w:r>
      <w:r w:rsidRPr="00620917">
        <w:rPr>
          <w:rFonts w:ascii="Arial" w:hAnsi="Arial" w:cs="Arial"/>
          <w:sz w:val="20"/>
          <w:szCs w:val="20"/>
          <w:lang w:val="es-MX"/>
        </w:rPr>
        <w:t xml:space="preserve"> </w:t>
      </w:r>
      <w:r>
        <w:rPr>
          <w:rFonts w:ascii="Arial" w:hAnsi="Arial" w:cs="Arial"/>
          <w:sz w:val="20"/>
          <w:szCs w:val="20"/>
          <w:lang w:val="es-MX"/>
        </w:rPr>
        <w:t>A</w:t>
      </w:r>
      <w:r w:rsidRPr="00620917">
        <w:rPr>
          <w:rFonts w:ascii="Arial" w:hAnsi="Arial" w:cs="Arial"/>
          <w:sz w:val="20"/>
          <w:szCs w:val="20"/>
          <w:lang w:val="es-MX"/>
        </w:rPr>
        <w:t>gricultura</w:t>
      </w:r>
      <w:r>
        <w:rPr>
          <w:rFonts w:ascii="Arial" w:hAnsi="Arial" w:cs="Arial"/>
          <w:sz w:val="20"/>
          <w:szCs w:val="20"/>
          <w:lang w:val="es-MX"/>
        </w:rPr>
        <w:t>.</w:t>
      </w:r>
    </w:p>
    <w:p w14:paraId="4ABD441C" w14:textId="4D0AC99D" w:rsidR="007934DD" w:rsidRPr="00620917" w:rsidRDefault="00ED6DA8" w:rsidP="00170BA5">
      <w:pPr>
        <w:spacing w:after="0" w:line="240" w:lineRule="auto"/>
        <w:jc w:val="both"/>
        <w:rPr>
          <w:rFonts w:ascii="Arial" w:hAnsi="Arial" w:cs="Arial"/>
          <w:sz w:val="20"/>
          <w:szCs w:val="20"/>
          <w:lang w:val="es-MX"/>
        </w:rPr>
      </w:pPr>
      <w:r w:rsidRPr="00620917">
        <w:rPr>
          <w:rFonts w:ascii="Segoe UI Symbol" w:hAnsi="Segoe UI Symbol" w:cs="Segoe UI Symbol"/>
          <w:sz w:val="20"/>
          <w:szCs w:val="20"/>
          <w:lang w:val="es-MX"/>
        </w:rPr>
        <w:t>☐</w:t>
      </w:r>
      <w:r w:rsidRPr="00620917">
        <w:rPr>
          <w:rFonts w:ascii="Arial" w:hAnsi="Arial" w:cs="Arial"/>
          <w:sz w:val="20"/>
          <w:szCs w:val="20"/>
          <w:lang w:val="es-MX"/>
        </w:rPr>
        <w:t xml:space="preserve"> </w:t>
      </w:r>
      <w:r>
        <w:rPr>
          <w:rFonts w:ascii="Arial" w:hAnsi="Arial" w:cs="Arial"/>
          <w:sz w:val="20"/>
          <w:szCs w:val="20"/>
          <w:lang w:val="es-MX"/>
        </w:rPr>
        <w:t>G</w:t>
      </w:r>
      <w:r w:rsidRPr="00620917">
        <w:rPr>
          <w:rFonts w:ascii="Arial" w:hAnsi="Arial" w:cs="Arial"/>
          <w:sz w:val="20"/>
          <w:szCs w:val="20"/>
          <w:lang w:val="es-MX"/>
        </w:rPr>
        <w:t>anadería</w:t>
      </w:r>
      <w:r>
        <w:rPr>
          <w:rFonts w:ascii="Arial" w:hAnsi="Arial" w:cs="Arial"/>
          <w:sz w:val="20"/>
          <w:szCs w:val="20"/>
          <w:lang w:val="es-MX"/>
        </w:rPr>
        <w:t>.</w:t>
      </w:r>
    </w:p>
    <w:p w14:paraId="5B6E71AA" w14:textId="77777777" w:rsidR="00ED6DA8" w:rsidRPr="00620917" w:rsidRDefault="00ED6DA8" w:rsidP="00ED6DA8">
      <w:pPr>
        <w:spacing w:after="0" w:line="240" w:lineRule="auto"/>
        <w:jc w:val="both"/>
        <w:rPr>
          <w:rFonts w:ascii="Arial" w:hAnsi="Arial" w:cs="Arial"/>
          <w:sz w:val="20"/>
          <w:szCs w:val="20"/>
          <w:lang w:val="es-MX"/>
        </w:rPr>
      </w:pPr>
      <w:r w:rsidRPr="00620917">
        <w:rPr>
          <w:rFonts w:ascii="Segoe UI Symbol" w:hAnsi="Segoe UI Symbol" w:cs="Segoe UI Symbol"/>
          <w:sz w:val="20"/>
          <w:szCs w:val="20"/>
          <w:lang w:val="es-MX"/>
        </w:rPr>
        <w:t>☐</w:t>
      </w:r>
      <w:r w:rsidRPr="00620917">
        <w:rPr>
          <w:rFonts w:ascii="Arial" w:hAnsi="Arial" w:cs="Arial"/>
          <w:sz w:val="20"/>
          <w:szCs w:val="20"/>
          <w:lang w:val="es-MX"/>
        </w:rPr>
        <w:t xml:space="preserve"> </w:t>
      </w:r>
      <w:r>
        <w:rPr>
          <w:rFonts w:ascii="Arial" w:hAnsi="Arial" w:cs="Arial"/>
          <w:sz w:val="20"/>
          <w:szCs w:val="20"/>
          <w:lang w:val="es-MX"/>
        </w:rPr>
        <w:t>O</w:t>
      </w:r>
      <w:r w:rsidRPr="00620917">
        <w:rPr>
          <w:rFonts w:ascii="Arial" w:hAnsi="Arial" w:cs="Arial"/>
          <w:sz w:val="20"/>
          <w:szCs w:val="20"/>
          <w:lang w:val="es-MX"/>
        </w:rPr>
        <w:t>tro: ___________________</w:t>
      </w:r>
      <w:r>
        <w:rPr>
          <w:rFonts w:ascii="Arial" w:hAnsi="Arial" w:cs="Arial"/>
          <w:sz w:val="20"/>
          <w:szCs w:val="20"/>
          <w:lang w:val="es-MX"/>
        </w:rPr>
        <w:t>_________________________________________________________________</w:t>
      </w:r>
      <w:r w:rsidRPr="00620917">
        <w:rPr>
          <w:rFonts w:ascii="Arial" w:hAnsi="Arial" w:cs="Arial"/>
          <w:sz w:val="20"/>
          <w:szCs w:val="20"/>
          <w:lang w:val="es-MX"/>
        </w:rPr>
        <w:t>_____</w:t>
      </w:r>
    </w:p>
    <w:p w14:paraId="1FB50F2B" w14:textId="3C48BD03" w:rsidR="007934DD" w:rsidRPr="00620917" w:rsidRDefault="00ED6DA8" w:rsidP="00620917">
      <w:pPr>
        <w:spacing w:line="240" w:lineRule="auto"/>
        <w:jc w:val="both"/>
        <w:rPr>
          <w:rFonts w:ascii="Arial" w:hAnsi="Arial" w:cs="Arial"/>
          <w:sz w:val="20"/>
          <w:szCs w:val="20"/>
          <w:lang w:val="es-MX"/>
        </w:rPr>
      </w:pPr>
      <w:r>
        <w:rPr>
          <w:rFonts w:ascii="Arial" w:hAnsi="Arial" w:cs="Arial"/>
          <w:sz w:val="20"/>
          <w:szCs w:val="20"/>
          <w:lang w:val="es-MX"/>
        </w:rPr>
        <w:t>E</w:t>
      </w:r>
      <w:r w:rsidRPr="00620917">
        <w:rPr>
          <w:rFonts w:ascii="Arial" w:hAnsi="Arial" w:cs="Arial"/>
          <w:sz w:val="20"/>
          <w:szCs w:val="20"/>
          <w:lang w:val="es-MX"/>
        </w:rPr>
        <w:t>xplique brevemente su situación actual (</w:t>
      </w:r>
      <w:r>
        <w:rPr>
          <w:rFonts w:ascii="Arial" w:hAnsi="Arial" w:cs="Arial"/>
          <w:sz w:val="20"/>
          <w:szCs w:val="20"/>
          <w:lang w:val="es-MX"/>
        </w:rPr>
        <w:t>¿</w:t>
      </w:r>
      <w:r w:rsidRPr="00620917">
        <w:rPr>
          <w:rFonts w:ascii="Arial" w:hAnsi="Arial" w:cs="Arial"/>
          <w:sz w:val="20"/>
          <w:szCs w:val="20"/>
          <w:lang w:val="es-MX"/>
        </w:rPr>
        <w:t>qué hace</w:t>
      </w:r>
      <w:r>
        <w:rPr>
          <w:rFonts w:ascii="Arial" w:hAnsi="Arial" w:cs="Arial"/>
          <w:sz w:val="20"/>
          <w:szCs w:val="20"/>
          <w:lang w:val="es-MX"/>
        </w:rPr>
        <w:t>?</w:t>
      </w:r>
      <w:r w:rsidRPr="00620917">
        <w:rPr>
          <w:rFonts w:ascii="Arial" w:hAnsi="Arial" w:cs="Arial"/>
          <w:sz w:val="20"/>
          <w:szCs w:val="20"/>
          <w:lang w:val="es-MX"/>
        </w:rPr>
        <w:t xml:space="preserve">, </w:t>
      </w:r>
      <w:r>
        <w:rPr>
          <w:rFonts w:ascii="Arial" w:hAnsi="Arial" w:cs="Arial"/>
          <w:sz w:val="20"/>
          <w:szCs w:val="20"/>
          <w:lang w:val="es-MX"/>
        </w:rPr>
        <w:t>¿</w:t>
      </w:r>
      <w:r w:rsidRPr="00620917">
        <w:rPr>
          <w:rFonts w:ascii="Arial" w:hAnsi="Arial" w:cs="Arial"/>
          <w:sz w:val="20"/>
          <w:szCs w:val="20"/>
          <w:lang w:val="es-MX"/>
        </w:rPr>
        <w:t>qué problema tiene</w:t>
      </w:r>
      <w:r>
        <w:rPr>
          <w:rFonts w:ascii="Arial" w:hAnsi="Arial" w:cs="Arial"/>
          <w:sz w:val="20"/>
          <w:szCs w:val="20"/>
          <w:lang w:val="es-MX"/>
        </w:rPr>
        <w:t>?</w:t>
      </w:r>
      <w:r w:rsidRPr="00620917">
        <w:rPr>
          <w:rFonts w:ascii="Arial" w:hAnsi="Arial" w:cs="Arial"/>
          <w:sz w:val="20"/>
          <w:szCs w:val="20"/>
          <w:lang w:val="es-MX"/>
        </w:rPr>
        <w:t>, ¿qué necesita?):</w:t>
      </w:r>
    </w:p>
    <w:p w14:paraId="001399F9" w14:textId="565A2C1E" w:rsidR="007934DD" w:rsidRPr="00620917" w:rsidRDefault="00ED6DA8" w:rsidP="00620917">
      <w:pPr>
        <w:spacing w:line="240" w:lineRule="auto"/>
        <w:jc w:val="both"/>
        <w:rPr>
          <w:rFonts w:ascii="Arial" w:hAnsi="Arial" w:cs="Arial"/>
          <w:sz w:val="20"/>
          <w:szCs w:val="20"/>
          <w:lang w:val="es-MX"/>
        </w:rPr>
      </w:pPr>
      <w:r w:rsidRPr="00620917">
        <w:rPr>
          <w:rFonts w:ascii="Arial" w:hAnsi="Arial" w:cs="Arial"/>
          <w:sz w:val="20"/>
          <w:szCs w:val="20"/>
          <w:lang w:val="es-MX"/>
        </w:rPr>
        <w:t>_______________________________________________________________________________________</w:t>
      </w:r>
      <w:r>
        <w:rPr>
          <w:rFonts w:ascii="Arial" w:hAnsi="Arial" w:cs="Arial"/>
          <w:sz w:val="20"/>
          <w:szCs w:val="20"/>
          <w:lang w:val="es-MX"/>
        </w:rPr>
        <w:t>____</w:t>
      </w:r>
      <w:r w:rsidRPr="00620917">
        <w:rPr>
          <w:rFonts w:ascii="Arial" w:hAnsi="Arial" w:cs="Arial"/>
          <w:sz w:val="20"/>
          <w:szCs w:val="20"/>
          <w:lang w:val="es-MX"/>
        </w:rPr>
        <w:t>_</w:t>
      </w:r>
      <w:r>
        <w:rPr>
          <w:rFonts w:ascii="Arial" w:hAnsi="Arial" w:cs="Arial"/>
          <w:sz w:val="20"/>
          <w:szCs w:val="20"/>
          <w:lang w:val="es-MX"/>
        </w:rPr>
        <w:t>____</w:t>
      </w:r>
    </w:p>
    <w:p w14:paraId="0B06A586" w14:textId="40370341" w:rsidR="007934DD" w:rsidRPr="00620917" w:rsidRDefault="00ED6DA8" w:rsidP="00620917">
      <w:pPr>
        <w:spacing w:line="240" w:lineRule="auto"/>
        <w:jc w:val="both"/>
        <w:rPr>
          <w:rFonts w:ascii="Arial" w:hAnsi="Arial" w:cs="Arial"/>
          <w:sz w:val="20"/>
          <w:szCs w:val="20"/>
          <w:lang w:val="es-MX"/>
        </w:rPr>
      </w:pPr>
      <w:r w:rsidRPr="00620917">
        <w:rPr>
          <w:rFonts w:ascii="Arial" w:hAnsi="Arial" w:cs="Arial"/>
          <w:sz w:val="20"/>
          <w:szCs w:val="20"/>
          <w:lang w:val="es-MX"/>
        </w:rPr>
        <w:t>________________________________________________________________________________________</w:t>
      </w:r>
      <w:r>
        <w:rPr>
          <w:rFonts w:ascii="Arial" w:hAnsi="Arial" w:cs="Arial"/>
          <w:sz w:val="20"/>
          <w:szCs w:val="20"/>
          <w:lang w:val="es-MX"/>
        </w:rPr>
        <w:t>________</w:t>
      </w:r>
    </w:p>
    <w:p w14:paraId="1908C4C6" w14:textId="68189EF6" w:rsidR="007934DD" w:rsidRPr="00620917" w:rsidRDefault="00ED6DA8" w:rsidP="00620917">
      <w:pPr>
        <w:pStyle w:val="Ttulo2"/>
        <w:spacing w:line="240" w:lineRule="auto"/>
        <w:jc w:val="both"/>
        <w:rPr>
          <w:rFonts w:ascii="Arial" w:hAnsi="Arial" w:cs="Arial"/>
          <w:color w:val="000000" w:themeColor="text1"/>
          <w:sz w:val="20"/>
          <w:szCs w:val="20"/>
          <w:lang w:val="es-MX"/>
        </w:rPr>
      </w:pPr>
      <w:r w:rsidRPr="00620917">
        <w:rPr>
          <w:rFonts w:ascii="Arial" w:hAnsi="Arial" w:cs="Arial"/>
          <w:color w:val="000000" w:themeColor="text1"/>
          <w:sz w:val="20"/>
          <w:szCs w:val="20"/>
          <w:lang w:val="es-MX"/>
        </w:rPr>
        <w:t xml:space="preserve">2. </w:t>
      </w:r>
      <w:r>
        <w:rPr>
          <w:rFonts w:ascii="Arial" w:hAnsi="Arial" w:cs="Arial"/>
          <w:color w:val="000000" w:themeColor="text1"/>
          <w:sz w:val="20"/>
          <w:szCs w:val="20"/>
          <w:lang w:val="es-MX"/>
        </w:rPr>
        <w:t>E</w:t>
      </w:r>
      <w:r w:rsidRPr="00620917">
        <w:rPr>
          <w:rFonts w:ascii="Arial" w:hAnsi="Arial" w:cs="Arial"/>
          <w:color w:val="000000" w:themeColor="text1"/>
          <w:sz w:val="20"/>
          <w:szCs w:val="20"/>
          <w:lang w:val="es-MX"/>
        </w:rPr>
        <w:t>l motivo por el cu</w:t>
      </w:r>
      <w:r>
        <w:rPr>
          <w:rFonts w:ascii="Arial" w:hAnsi="Arial" w:cs="Arial"/>
          <w:color w:val="000000" w:themeColor="text1"/>
          <w:sz w:val="20"/>
          <w:szCs w:val="20"/>
          <w:lang w:val="es-MX"/>
        </w:rPr>
        <w:t>á</w:t>
      </w:r>
      <w:r w:rsidRPr="00620917">
        <w:rPr>
          <w:rFonts w:ascii="Arial" w:hAnsi="Arial" w:cs="Arial"/>
          <w:color w:val="000000" w:themeColor="text1"/>
          <w:sz w:val="20"/>
          <w:szCs w:val="20"/>
          <w:lang w:val="es-MX"/>
        </w:rPr>
        <w:t>l solicito el apoyo es:</w:t>
      </w:r>
    </w:p>
    <w:p w14:paraId="00719ED1" w14:textId="3F94CE78" w:rsidR="007934DD" w:rsidRPr="00620917" w:rsidRDefault="00ED6DA8" w:rsidP="00620917">
      <w:pPr>
        <w:spacing w:line="240" w:lineRule="auto"/>
        <w:jc w:val="both"/>
        <w:rPr>
          <w:rFonts w:ascii="Arial" w:hAnsi="Arial" w:cs="Arial"/>
          <w:sz w:val="20"/>
          <w:szCs w:val="20"/>
          <w:lang w:val="es-MX"/>
        </w:rPr>
      </w:pPr>
      <w:r w:rsidRPr="00620917">
        <w:rPr>
          <w:rFonts w:ascii="Arial" w:hAnsi="Arial" w:cs="Arial"/>
          <w:sz w:val="20"/>
          <w:szCs w:val="20"/>
          <w:lang w:val="es-MX"/>
        </w:rPr>
        <w:t>(¿</w:t>
      </w:r>
      <w:r>
        <w:rPr>
          <w:rFonts w:ascii="Arial" w:hAnsi="Arial" w:cs="Arial"/>
          <w:sz w:val="20"/>
          <w:szCs w:val="20"/>
          <w:lang w:val="es-MX"/>
        </w:rPr>
        <w:t>Q</w:t>
      </w:r>
      <w:r w:rsidRPr="00620917">
        <w:rPr>
          <w:rFonts w:ascii="Arial" w:hAnsi="Arial" w:cs="Arial"/>
          <w:sz w:val="20"/>
          <w:szCs w:val="20"/>
          <w:lang w:val="es-MX"/>
        </w:rPr>
        <w:t>ué necesita y para qué lo ocuparía?)</w:t>
      </w:r>
      <w:r>
        <w:rPr>
          <w:rFonts w:ascii="Arial" w:hAnsi="Arial" w:cs="Arial"/>
          <w:sz w:val="20"/>
          <w:szCs w:val="20"/>
          <w:lang w:val="es-MX"/>
        </w:rPr>
        <w:t>.</w:t>
      </w:r>
    </w:p>
    <w:p w14:paraId="21E672C4" w14:textId="145F11E2" w:rsidR="007934DD" w:rsidRPr="00620917" w:rsidRDefault="00ED6DA8" w:rsidP="00620917">
      <w:pPr>
        <w:spacing w:line="240" w:lineRule="auto"/>
        <w:jc w:val="both"/>
        <w:rPr>
          <w:rFonts w:ascii="Arial" w:hAnsi="Arial" w:cs="Arial"/>
          <w:sz w:val="20"/>
          <w:szCs w:val="20"/>
          <w:lang w:val="es-MX"/>
        </w:rPr>
      </w:pPr>
      <w:r w:rsidRPr="00620917">
        <w:rPr>
          <w:rFonts w:ascii="Arial" w:hAnsi="Arial" w:cs="Arial"/>
          <w:sz w:val="20"/>
          <w:szCs w:val="20"/>
          <w:lang w:val="es-MX"/>
        </w:rPr>
        <w:t>________________________________________________________________________________________</w:t>
      </w:r>
      <w:r>
        <w:rPr>
          <w:rFonts w:ascii="Arial" w:hAnsi="Arial" w:cs="Arial"/>
          <w:sz w:val="20"/>
          <w:szCs w:val="20"/>
          <w:lang w:val="es-MX"/>
        </w:rPr>
        <w:t>________</w:t>
      </w:r>
    </w:p>
    <w:p w14:paraId="20CD8B63" w14:textId="0221120B" w:rsidR="007934DD" w:rsidRPr="00620917" w:rsidRDefault="00ED6DA8" w:rsidP="00620917">
      <w:pPr>
        <w:spacing w:line="240" w:lineRule="auto"/>
        <w:jc w:val="both"/>
        <w:rPr>
          <w:rFonts w:ascii="Arial" w:hAnsi="Arial" w:cs="Arial"/>
          <w:sz w:val="20"/>
          <w:szCs w:val="20"/>
          <w:lang w:val="es-MX"/>
        </w:rPr>
      </w:pPr>
      <w:r w:rsidRPr="00620917">
        <w:rPr>
          <w:rFonts w:ascii="Arial" w:hAnsi="Arial" w:cs="Arial"/>
          <w:sz w:val="20"/>
          <w:szCs w:val="20"/>
          <w:lang w:val="es-MX"/>
        </w:rPr>
        <w:t>________________________________________________________________________________________</w:t>
      </w:r>
      <w:r>
        <w:rPr>
          <w:rFonts w:ascii="Arial" w:hAnsi="Arial" w:cs="Arial"/>
          <w:sz w:val="20"/>
          <w:szCs w:val="20"/>
          <w:lang w:val="es-MX"/>
        </w:rPr>
        <w:t>________</w:t>
      </w:r>
    </w:p>
    <w:p w14:paraId="08691AFD" w14:textId="449375BD" w:rsidR="007934DD" w:rsidRPr="00620917" w:rsidRDefault="00ED6DA8" w:rsidP="00620917">
      <w:pPr>
        <w:pStyle w:val="Ttulo2"/>
        <w:spacing w:line="240" w:lineRule="auto"/>
        <w:jc w:val="both"/>
        <w:rPr>
          <w:rFonts w:ascii="Arial" w:hAnsi="Arial" w:cs="Arial"/>
          <w:color w:val="000000" w:themeColor="text1"/>
          <w:sz w:val="20"/>
          <w:szCs w:val="20"/>
          <w:lang w:val="es-MX"/>
        </w:rPr>
      </w:pPr>
      <w:r w:rsidRPr="00620917">
        <w:rPr>
          <w:rFonts w:ascii="Arial" w:hAnsi="Arial" w:cs="Arial"/>
          <w:color w:val="000000" w:themeColor="text1"/>
          <w:sz w:val="20"/>
          <w:szCs w:val="20"/>
          <w:lang w:val="es-MX"/>
        </w:rPr>
        <w:t xml:space="preserve">3. </w:t>
      </w:r>
      <w:r>
        <w:rPr>
          <w:rFonts w:ascii="Arial" w:hAnsi="Arial" w:cs="Arial"/>
          <w:color w:val="000000" w:themeColor="text1"/>
          <w:sz w:val="20"/>
          <w:szCs w:val="20"/>
          <w:lang w:val="es-MX"/>
        </w:rPr>
        <w:t>E</w:t>
      </w:r>
      <w:r w:rsidRPr="00620917">
        <w:rPr>
          <w:rFonts w:ascii="Arial" w:hAnsi="Arial" w:cs="Arial"/>
          <w:color w:val="000000" w:themeColor="text1"/>
          <w:sz w:val="20"/>
          <w:szCs w:val="20"/>
          <w:lang w:val="es-MX"/>
        </w:rPr>
        <w:t>l beneficio que espero obtener con el apoyo es:</w:t>
      </w:r>
    </w:p>
    <w:p w14:paraId="433D18B7" w14:textId="2511ADF3" w:rsidR="007934DD" w:rsidRPr="00620917" w:rsidRDefault="00ED6DA8" w:rsidP="00620917">
      <w:pPr>
        <w:spacing w:line="240" w:lineRule="auto"/>
        <w:jc w:val="both"/>
        <w:rPr>
          <w:rFonts w:ascii="Arial" w:hAnsi="Arial" w:cs="Arial"/>
          <w:sz w:val="20"/>
          <w:szCs w:val="20"/>
          <w:lang w:val="es-MX"/>
        </w:rPr>
      </w:pPr>
      <w:r w:rsidRPr="00620917">
        <w:rPr>
          <w:rFonts w:ascii="Arial" w:hAnsi="Arial" w:cs="Arial"/>
          <w:sz w:val="20"/>
          <w:szCs w:val="20"/>
          <w:lang w:val="es-MX"/>
        </w:rPr>
        <w:t>(¿</w:t>
      </w:r>
      <w:r>
        <w:rPr>
          <w:rFonts w:ascii="Arial" w:hAnsi="Arial" w:cs="Arial"/>
          <w:sz w:val="20"/>
          <w:szCs w:val="20"/>
          <w:lang w:val="es-MX"/>
        </w:rPr>
        <w:t>Q</w:t>
      </w:r>
      <w:r w:rsidRPr="00620917">
        <w:rPr>
          <w:rFonts w:ascii="Arial" w:hAnsi="Arial" w:cs="Arial"/>
          <w:sz w:val="20"/>
          <w:szCs w:val="20"/>
          <w:lang w:val="es-MX"/>
        </w:rPr>
        <w:t>ué mejoraría en su vida, su familia o su comunidad?)</w:t>
      </w:r>
      <w:r>
        <w:rPr>
          <w:rFonts w:ascii="Arial" w:hAnsi="Arial" w:cs="Arial"/>
          <w:sz w:val="20"/>
          <w:szCs w:val="20"/>
          <w:lang w:val="es-MX"/>
        </w:rPr>
        <w:t>.</w:t>
      </w:r>
    </w:p>
    <w:p w14:paraId="19E9FA8A" w14:textId="34C2D48E" w:rsidR="007934DD" w:rsidRPr="00620917" w:rsidRDefault="00ED6DA8" w:rsidP="00620917">
      <w:pPr>
        <w:spacing w:line="240" w:lineRule="auto"/>
        <w:jc w:val="both"/>
        <w:rPr>
          <w:rFonts w:ascii="Arial" w:hAnsi="Arial" w:cs="Arial"/>
          <w:sz w:val="20"/>
          <w:szCs w:val="20"/>
          <w:lang w:val="es-MX"/>
        </w:rPr>
      </w:pPr>
      <w:r w:rsidRPr="00620917">
        <w:rPr>
          <w:rFonts w:ascii="Arial" w:hAnsi="Arial" w:cs="Arial"/>
          <w:sz w:val="20"/>
          <w:szCs w:val="20"/>
          <w:lang w:val="es-MX"/>
        </w:rPr>
        <w:t>_______________________________________________________________________________________</w:t>
      </w:r>
      <w:r>
        <w:rPr>
          <w:rFonts w:ascii="Arial" w:hAnsi="Arial" w:cs="Arial"/>
          <w:sz w:val="20"/>
          <w:szCs w:val="20"/>
          <w:lang w:val="es-MX"/>
        </w:rPr>
        <w:t>____</w:t>
      </w:r>
      <w:r w:rsidRPr="00620917">
        <w:rPr>
          <w:rFonts w:ascii="Arial" w:hAnsi="Arial" w:cs="Arial"/>
          <w:sz w:val="20"/>
          <w:szCs w:val="20"/>
          <w:lang w:val="es-MX"/>
        </w:rPr>
        <w:t>_</w:t>
      </w:r>
      <w:r>
        <w:rPr>
          <w:rFonts w:ascii="Arial" w:hAnsi="Arial" w:cs="Arial"/>
          <w:sz w:val="20"/>
          <w:szCs w:val="20"/>
          <w:lang w:val="es-MX"/>
        </w:rPr>
        <w:t>____</w:t>
      </w:r>
    </w:p>
    <w:p w14:paraId="403D3808" w14:textId="2B6A183E" w:rsidR="007934DD" w:rsidRPr="00620917" w:rsidRDefault="00ED6DA8" w:rsidP="00620917">
      <w:pPr>
        <w:spacing w:line="240" w:lineRule="auto"/>
        <w:jc w:val="both"/>
        <w:rPr>
          <w:rFonts w:ascii="Arial" w:hAnsi="Arial" w:cs="Arial"/>
          <w:sz w:val="20"/>
          <w:szCs w:val="20"/>
          <w:lang w:val="es-MX"/>
        </w:rPr>
      </w:pPr>
      <w:r w:rsidRPr="00620917">
        <w:rPr>
          <w:rFonts w:ascii="Arial" w:hAnsi="Arial" w:cs="Arial"/>
          <w:sz w:val="20"/>
          <w:szCs w:val="20"/>
          <w:lang w:val="es-MX"/>
        </w:rPr>
        <w:t>________________________________________________________________________________________</w:t>
      </w:r>
      <w:r>
        <w:rPr>
          <w:rFonts w:ascii="Arial" w:hAnsi="Arial" w:cs="Arial"/>
          <w:sz w:val="20"/>
          <w:szCs w:val="20"/>
          <w:lang w:val="es-MX"/>
        </w:rPr>
        <w:t>________</w:t>
      </w:r>
    </w:p>
    <w:p w14:paraId="63D35AC0" w14:textId="0600B124" w:rsidR="00170BA5" w:rsidRPr="00620917" w:rsidRDefault="00ED6DA8" w:rsidP="00170BA5">
      <w:pPr>
        <w:pStyle w:val="Ttulo2"/>
        <w:spacing w:line="240" w:lineRule="auto"/>
        <w:jc w:val="both"/>
        <w:rPr>
          <w:rFonts w:ascii="Arial" w:hAnsi="Arial" w:cs="Arial"/>
          <w:color w:val="000000" w:themeColor="text1"/>
          <w:sz w:val="20"/>
          <w:szCs w:val="20"/>
          <w:lang w:val="es-MX"/>
        </w:rPr>
      </w:pPr>
      <w:r>
        <w:rPr>
          <w:rFonts w:ascii="Arial" w:hAnsi="Arial" w:cs="Arial"/>
          <w:color w:val="000000" w:themeColor="text1"/>
          <w:sz w:val="20"/>
          <w:szCs w:val="20"/>
          <w:lang w:val="es-MX"/>
        </w:rPr>
        <w:t>4</w:t>
      </w:r>
      <w:r w:rsidRPr="00620917">
        <w:rPr>
          <w:rFonts w:ascii="Arial" w:hAnsi="Arial" w:cs="Arial"/>
          <w:color w:val="000000" w:themeColor="text1"/>
          <w:sz w:val="20"/>
          <w:szCs w:val="20"/>
          <w:lang w:val="es-MX"/>
        </w:rPr>
        <w:t xml:space="preserve">. </w:t>
      </w:r>
      <w:r>
        <w:rPr>
          <w:rFonts w:ascii="Arial" w:hAnsi="Arial" w:cs="Arial"/>
          <w:color w:val="000000" w:themeColor="text1"/>
          <w:sz w:val="20"/>
          <w:szCs w:val="20"/>
          <w:lang w:val="es-MX"/>
        </w:rPr>
        <w:t>El uso principal será para:</w:t>
      </w:r>
    </w:p>
    <w:p w14:paraId="3E4D6D03" w14:textId="672DE952" w:rsidR="00170BA5" w:rsidRPr="00620917" w:rsidRDefault="00ED6DA8" w:rsidP="00170BA5">
      <w:pPr>
        <w:spacing w:after="0" w:line="240" w:lineRule="auto"/>
        <w:jc w:val="both"/>
        <w:rPr>
          <w:rFonts w:ascii="Arial" w:hAnsi="Arial" w:cs="Arial"/>
          <w:sz w:val="20"/>
          <w:szCs w:val="20"/>
          <w:lang w:val="es-MX"/>
        </w:rPr>
      </w:pPr>
      <w:r w:rsidRPr="00620917">
        <w:rPr>
          <w:rFonts w:ascii="Segoe UI Symbol" w:hAnsi="Segoe UI Symbol" w:cs="Segoe UI Symbol"/>
          <w:sz w:val="20"/>
          <w:szCs w:val="20"/>
          <w:lang w:val="es-MX"/>
        </w:rPr>
        <w:t>☐</w:t>
      </w:r>
      <w:r w:rsidRPr="00620917">
        <w:rPr>
          <w:rFonts w:ascii="Arial" w:hAnsi="Arial" w:cs="Arial"/>
          <w:sz w:val="20"/>
          <w:szCs w:val="20"/>
          <w:lang w:val="es-MX"/>
        </w:rPr>
        <w:t xml:space="preserve"> </w:t>
      </w:r>
      <w:r>
        <w:rPr>
          <w:rFonts w:ascii="Arial" w:hAnsi="Arial" w:cs="Arial"/>
          <w:sz w:val="20"/>
          <w:szCs w:val="20"/>
          <w:lang w:val="es-MX"/>
        </w:rPr>
        <w:t>Riego agrícola.</w:t>
      </w:r>
    </w:p>
    <w:p w14:paraId="3B5BF032" w14:textId="734C37D0" w:rsidR="00170BA5" w:rsidRPr="00620917" w:rsidRDefault="00ED6DA8" w:rsidP="00170BA5">
      <w:pPr>
        <w:spacing w:after="0" w:line="240" w:lineRule="auto"/>
        <w:jc w:val="both"/>
        <w:rPr>
          <w:rFonts w:ascii="Arial" w:hAnsi="Arial" w:cs="Arial"/>
          <w:sz w:val="20"/>
          <w:szCs w:val="20"/>
          <w:lang w:val="es-MX"/>
        </w:rPr>
      </w:pPr>
      <w:r w:rsidRPr="00620917">
        <w:rPr>
          <w:rFonts w:ascii="Segoe UI Symbol" w:hAnsi="Segoe UI Symbol" w:cs="Segoe UI Symbol"/>
          <w:sz w:val="20"/>
          <w:szCs w:val="20"/>
          <w:lang w:val="es-MX"/>
        </w:rPr>
        <w:t>☐</w:t>
      </w:r>
      <w:r w:rsidRPr="00620917">
        <w:rPr>
          <w:rFonts w:ascii="Arial" w:hAnsi="Arial" w:cs="Arial"/>
          <w:sz w:val="20"/>
          <w:szCs w:val="20"/>
          <w:lang w:val="es-MX"/>
        </w:rPr>
        <w:t xml:space="preserve"> </w:t>
      </w:r>
      <w:r>
        <w:rPr>
          <w:rFonts w:ascii="Arial" w:hAnsi="Arial" w:cs="Arial"/>
          <w:sz w:val="20"/>
          <w:szCs w:val="20"/>
          <w:lang w:val="es-MX"/>
        </w:rPr>
        <w:t>Ganadero.</w:t>
      </w:r>
    </w:p>
    <w:p w14:paraId="511A7B6A" w14:textId="617ED4D7" w:rsidR="00170BA5" w:rsidRPr="00620917" w:rsidRDefault="00ED6DA8" w:rsidP="00170BA5">
      <w:pPr>
        <w:spacing w:after="0" w:line="240" w:lineRule="auto"/>
        <w:jc w:val="both"/>
        <w:rPr>
          <w:rFonts w:ascii="Arial" w:hAnsi="Arial" w:cs="Arial"/>
          <w:sz w:val="20"/>
          <w:szCs w:val="20"/>
          <w:lang w:val="es-MX"/>
        </w:rPr>
      </w:pPr>
      <w:r w:rsidRPr="00620917">
        <w:rPr>
          <w:rFonts w:ascii="Segoe UI Symbol" w:hAnsi="Segoe UI Symbol" w:cs="Segoe UI Symbol"/>
          <w:sz w:val="20"/>
          <w:szCs w:val="20"/>
          <w:lang w:val="es-MX"/>
        </w:rPr>
        <w:t>☐</w:t>
      </w:r>
      <w:r w:rsidRPr="00620917">
        <w:rPr>
          <w:rFonts w:ascii="Arial" w:hAnsi="Arial" w:cs="Arial"/>
          <w:sz w:val="20"/>
          <w:szCs w:val="20"/>
          <w:lang w:val="es-MX"/>
        </w:rPr>
        <w:t xml:space="preserve"> </w:t>
      </w:r>
      <w:r>
        <w:rPr>
          <w:rFonts w:ascii="Arial" w:hAnsi="Arial" w:cs="Arial"/>
          <w:sz w:val="20"/>
          <w:szCs w:val="20"/>
          <w:lang w:val="es-MX"/>
        </w:rPr>
        <w:t>Doméstico.</w:t>
      </w:r>
    </w:p>
    <w:p w14:paraId="00F71E9F" w14:textId="77777777" w:rsidR="00ED6DA8" w:rsidRPr="00620917" w:rsidRDefault="00ED6DA8" w:rsidP="00ED6DA8">
      <w:pPr>
        <w:spacing w:after="0" w:line="240" w:lineRule="auto"/>
        <w:jc w:val="both"/>
        <w:rPr>
          <w:rFonts w:ascii="Arial" w:hAnsi="Arial" w:cs="Arial"/>
          <w:sz w:val="20"/>
          <w:szCs w:val="20"/>
          <w:lang w:val="es-MX"/>
        </w:rPr>
      </w:pPr>
      <w:r w:rsidRPr="00620917">
        <w:rPr>
          <w:rFonts w:ascii="Segoe UI Symbol" w:hAnsi="Segoe UI Symbol" w:cs="Segoe UI Symbol"/>
          <w:sz w:val="20"/>
          <w:szCs w:val="20"/>
          <w:lang w:val="es-MX"/>
        </w:rPr>
        <w:t>☐</w:t>
      </w:r>
      <w:r w:rsidRPr="00620917">
        <w:rPr>
          <w:rFonts w:ascii="Arial" w:hAnsi="Arial" w:cs="Arial"/>
          <w:sz w:val="20"/>
          <w:szCs w:val="20"/>
          <w:lang w:val="es-MX"/>
        </w:rPr>
        <w:t xml:space="preserve"> </w:t>
      </w:r>
      <w:r>
        <w:rPr>
          <w:rFonts w:ascii="Arial" w:hAnsi="Arial" w:cs="Arial"/>
          <w:sz w:val="20"/>
          <w:szCs w:val="20"/>
          <w:lang w:val="es-MX"/>
        </w:rPr>
        <w:t>O</w:t>
      </w:r>
      <w:r w:rsidRPr="00620917">
        <w:rPr>
          <w:rFonts w:ascii="Arial" w:hAnsi="Arial" w:cs="Arial"/>
          <w:sz w:val="20"/>
          <w:szCs w:val="20"/>
          <w:lang w:val="es-MX"/>
        </w:rPr>
        <w:t>tro: ___________________</w:t>
      </w:r>
      <w:r>
        <w:rPr>
          <w:rFonts w:ascii="Arial" w:hAnsi="Arial" w:cs="Arial"/>
          <w:sz w:val="20"/>
          <w:szCs w:val="20"/>
          <w:lang w:val="es-MX"/>
        </w:rPr>
        <w:t>_________________________________________________________________</w:t>
      </w:r>
      <w:r w:rsidRPr="00620917">
        <w:rPr>
          <w:rFonts w:ascii="Arial" w:hAnsi="Arial" w:cs="Arial"/>
          <w:sz w:val="20"/>
          <w:szCs w:val="20"/>
          <w:lang w:val="es-MX"/>
        </w:rPr>
        <w:t>_____</w:t>
      </w:r>
    </w:p>
    <w:p w14:paraId="079B51B8" w14:textId="10F7E21B" w:rsidR="007934DD" w:rsidRPr="00620917" w:rsidRDefault="00ED6DA8" w:rsidP="00620917">
      <w:pPr>
        <w:pStyle w:val="Ttulo2"/>
        <w:spacing w:line="240" w:lineRule="auto"/>
        <w:jc w:val="both"/>
        <w:rPr>
          <w:rFonts w:ascii="Arial" w:hAnsi="Arial" w:cs="Arial"/>
          <w:color w:val="000000" w:themeColor="text1"/>
          <w:sz w:val="20"/>
          <w:szCs w:val="20"/>
          <w:lang w:val="es-MX"/>
        </w:rPr>
      </w:pPr>
      <w:r>
        <w:rPr>
          <w:rFonts w:ascii="Arial" w:hAnsi="Arial" w:cs="Arial"/>
          <w:color w:val="000000" w:themeColor="text1"/>
          <w:sz w:val="20"/>
          <w:szCs w:val="20"/>
          <w:lang w:val="es-MX"/>
        </w:rPr>
        <w:t>5</w:t>
      </w:r>
      <w:r w:rsidRPr="00620917">
        <w:rPr>
          <w:rFonts w:ascii="Arial" w:hAnsi="Arial" w:cs="Arial"/>
          <w:color w:val="000000" w:themeColor="text1"/>
          <w:sz w:val="20"/>
          <w:szCs w:val="20"/>
          <w:lang w:val="es-MX"/>
        </w:rPr>
        <w:t xml:space="preserve">. </w:t>
      </w:r>
      <w:r>
        <w:rPr>
          <w:rFonts w:ascii="Arial" w:hAnsi="Arial" w:cs="Arial"/>
          <w:color w:val="000000" w:themeColor="text1"/>
          <w:sz w:val="20"/>
          <w:szCs w:val="20"/>
          <w:lang w:val="es-MX"/>
        </w:rPr>
        <w:t>M</w:t>
      </w:r>
      <w:r w:rsidRPr="00620917">
        <w:rPr>
          <w:rFonts w:ascii="Arial" w:hAnsi="Arial" w:cs="Arial"/>
          <w:color w:val="000000" w:themeColor="text1"/>
          <w:sz w:val="20"/>
          <w:szCs w:val="20"/>
          <w:lang w:val="es-MX"/>
        </w:rPr>
        <w:t>i compromiso como beneficiario es:</w:t>
      </w:r>
    </w:p>
    <w:p w14:paraId="6C9AA5E8" w14:textId="62C31BEE" w:rsidR="007934DD" w:rsidRPr="00620917" w:rsidRDefault="00ED6DA8" w:rsidP="00620917">
      <w:pPr>
        <w:spacing w:after="0" w:line="240" w:lineRule="auto"/>
        <w:jc w:val="both"/>
        <w:rPr>
          <w:rFonts w:ascii="Arial" w:hAnsi="Arial" w:cs="Arial"/>
          <w:sz w:val="20"/>
          <w:szCs w:val="20"/>
          <w:lang w:val="es-MX"/>
        </w:rPr>
      </w:pPr>
      <w:r w:rsidRPr="00620917">
        <w:rPr>
          <w:rFonts w:ascii="Segoe UI Symbol" w:hAnsi="Segoe UI Symbol" w:cs="Segoe UI Symbol"/>
          <w:sz w:val="20"/>
          <w:szCs w:val="20"/>
          <w:lang w:val="es-MX"/>
        </w:rPr>
        <w:t>☐</w:t>
      </w:r>
      <w:r w:rsidRPr="00620917">
        <w:rPr>
          <w:rFonts w:ascii="Arial" w:hAnsi="Arial" w:cs="Arial"/>
          <w:sz w:val="20"/>
          <w:szCs w:val="20"/>
          <w:lang w:val="es-MX"/>
        </w:rPr>
        <w:t xml:space="preserve"> </w:t>
      </w:r>
      <w:r>
        <w:rPr>
          <w:rFonts w:ascii="Arial" w:hAnsi="Arial" w:cs="Arial"/>
          <w:sz w:val="20"/>
          <w:szCs w:val="20"/>
          <w:lang w:val="es-MX"/>
        </w:rPr>
        <w:t>U</w:t>
      </w:r>
      <w:r w:rsidRPr="00620917">
        <w:rPr>
          <w:rFonts w:ascii="Arial" w:hAnsi="Arial" w:cs="Arial"/>
          <w:sz w:val="20"/>
          <w:szCs w:val="20"/>
          <w:lang w:val="es-MX"/>
        </w:rPr>
        <w:t>sar el apoyo de manera responsable</w:t>
      </w:r>
      <w:r>
        <w:rPr>
          <w:rFonts w:ascii="Arial" w:hAnsi="Arial" w:cs="Arial"/>
          <w:sz w:val="20"/>
          <w:szCs w:val="20"/>
          <w:lang w:val="es-MX"/>
        </w:rPr>
        <w:t>.</w:t>
      </w:r>
    </w:p>
    <w:p w14:paraId="03DB999D" w14:textId="6DA14DD0" w:rsidR="007934DD" w:rsidRPr="00620917" w:rsidRDefault="00ED6DA8" w:rsidP="00620917">
      <w:pPr>
        <w:spacing w:after="0" w:line="240" w:lineRule="auto"/>
        <w:jc w:val="both"/>
        <w:rPr>
          <w:rFonts w:ascii="Arial" w:hAnsi="Arial" w:cs="Arial"/>
          <w:sz w:val="20"/>
          <w:szCs w:val="20"/>
          <w:lang w:val="es-MX"/>
        </w:rPr>
      </w:pPr>
      <w:r w:rsidRPr="00620917">
        <w:rPr>
          <w:rFonts w:ascii="Segoe UI Symbol" w:hAnsi="Segoe UI Symbol" w:cs="Segoe UI Symbol"/>
          <w:sz w:val="20"/>
          <w:szCs w:val="20"/>
          <w:lang w:val="es-MX"/>
        </w:rPr>
        <w:t>☐</w:t>
      </w:r>
      <w:r w:rsidRPr="00620917">
        <w:rPr>
          <w:rFonts w:ascii="Arial" w:hAnsi="Arial" w:cs="Arial"/>
          <w:sz w:val="20"/>
          <w:szCs w:val="20"/>
          <w:lang w:val="es-MX"/>
        </w:rPr>
        <w:t xml:space="preserve"> </w:t>
      </w:r>
      <w:r>
        <w:rPr>
          <w:rFonts w:ascii="Arial" w:hAnsi="Arial" w:cs="Arial"/>
          <w:sz w:val="20"/>
          <w:szCs w:val="20"/>
          <w:lang w:val="es-MX"/>
        </w:rPr>
        <w:t>D</w:t>
      </w:r>
      <w:r w:rsidRPr="00620917">
        <w:rPr>
          <w:rFonts w:ascii="Arial" w:hAnsi="Arial" w:cs="Arial"/>
          <w:sz w:val="20"/>
          <w:szCs w:val="20"/>
          <w:lang w:val="es-MX"/>
        </w:rPr>
        <w:t>arle el uso correcto y exclusivo para el fin solicitado</w:t>
      </w:r>
      <w:r>
        <w:rPr>
          <w:rFonts w:ascii="Arial" w:hAnsi="Arial" w:cs="Arial"/>
          <w:sz w:val="20"/>
          <w:szCs w:val="20"/>
          <w:lang w:val="es-MX"/>
        </w:rPr>
        <w:t>.</w:t>
      </w:r>
    </w:p>
    <w:p w14:paraId="1AA0D7E8" w14:textId="2144F0EC" w:rsidR="007934DD" w:rsidRPr="00620917" w:rsidRDefault="00ED6DA8" w:rsidP="00620917">
      <w:pPr>
        <w:spacing w:after="0" w:line="240" w:lineRule="auto"/>
        <w:jc w:val="both"/>
        <w:rPr>
          <w:rFonts w:ascii="Arial" w:hAnsi="Arial" w:cs="Arial"/>
          <w:sz w:val="20"/>
          <w:szCs w:val="20"/>
          <w:lang w:val="es-MX"/>
        </w:rPr>
      </w:pPr>
      <w:r w:rsidRPr="00620917">
        <w:rPr>
          <w:rFonts w:ascii="Segoe UI Symbol" w:hAnsi="Segoe UI Symbol" w:cs="Segoe UI Symbol"/>
          <w:sz w:val="20"/>
          <w:szCs w:val="20"/>
          <w:lang w:val="es-MX"/>
        </w:rPr>
        <w:t>☐</w:t>
      </w:r>
      <w:r w:rsidRPr="00620917">
        <w:rPr>
          <w:rFonts w:ascii="Arial" w:hAnsi="Arial" w:cs="Arial"/>
          <w:sz w:val="20"/>
          <w:szCs w:val="20"/>
          <w:lang w:val="es-MX"/>
        </w:rPr>
        <w:t xml:space="preserve"> </w:t>
      </w:r>
      <w:r>
        <w:rPr>
          <w:rFonts w:ascii="Arial" w:hAnsi="Arial" w:cs="Arial"/>
          <w:sz w:val="20"/>
          <w:szCs w:val="20"/>
          <w:lang w:val="es-MX"/>
        </w:rPr>
        <w:t>C</w:t>
      </w:r>
      <w:r w:rsidRPr="00620917">
        <w:rPr>
          <w:rFonts w:ascii="Arial" w:hAnsi="Arial" w:cs="Arial"/>
          <w:sz w:val="20"/>
          <w:szCs w:val="20"/>
          <w:lang w:val="es-MX"/>
        </w:rPr>
        <w:t>uidar y mantener el recurso recibido</w:t>
      </w:r>
      <w:r>
        <w:rPr>
          <w:rFonts w:ascii="Arial" w:hAnsi="Arial" w:cs="Arial"/>
          <w:sz w:val="20"/>
          <w:szCs w:val="20"/>
          <w:lang w:val="es-MX"/>
        </w:rPr>
        <w:t>.</w:t>
      </w:r>
    </w:p>
    <w:p w14:paraId="278797C7" w14:textId="5CA1C1C4" w:rsidR="007934DD" w:rsidRDefault="00ED6DA8" w:rsidP="00620917">
      <w:pPr>
        <w:spacing w:after="0" w:line="240" w:lineRule="auto"/>
        <w:jc w:val="both"/>
        <w:rPr>
          <w:rFonts w:ascii="Arial" w:hAnsi="Arial" w:cs="Arial"/>
          <w:sz w:val="20"/>
          <w:szCs w:val="20"/>
          <w:lang w:val="es-MX"/>
        </w:rPr>
      </w:pPr>
      <w:r w:rsidRPr="00620917">
        <w:rPr>
          <w:rFonts w:ascii="Segoe UI Symbol" w:hAnsi="Segoe UI Symbol" w:cs="Segoe UI Symbol"/>
          <w:sz w:val="20"/>
          <w:szCs w:val="20"/>
          <w:lang w:val="es-MX"/>
        </w:rPr>
        <w:t>☐</w:t>
      </w:r>
      <w:r w:rsidRPr="00620917">
        <w:rPr>
          <w:rFonts w:ascii="Arial" w:hAnsi="Arial" w:cs="Arial"/>
          <w:sz w:val="20"/>
          <w:szCs w:val="20"/>
          <w:lang w:val="es-MX"/>
        </w:rPr>
        <w:t xml:space="preserve"> </w:t>
      </w:r>
      <w:r>
        <w:rPr>
          <w:rFonts w:ascii="Arial" w:hAnsi="Arial" w:cs="Arial"/>
          <w:sz w:val="20"/>
          <w:szCs w:val="20"/>
          <w:lang w:val="es-MX"/>
        </w:rPr>
        <w:t>O</w:t>
      </w:r>
      <w:r w:rsidRPr="00620917">
        <w:rPr>
          <w:rFonts w:ascii="Arial" w:hAnsi="Arial" w:cs="Arial"/>
          <w:sz w:val="20"/>
          <w:szCs w:val="20"/>
          <w:lang w:val="es-MX"/>
        </w:rPr>
        <w:t>tro compromiso que asumo: ______________________</w:t>
      </w:r>
      <w:r>
        <w:rPr>
          <w:rFonts w:ascii="Arial" w:hAnsi="Arial" w:cs="Arial"/>
          <w:sz w:val="20"/>
          <w:szCs w:val="20"/>
          <w:lang w:val="es-MX"/>
        </w:rPr>
        <w:t>____</w:t>
      </w:r>
      <w:r w:rsidRPr="00620917">
        <w:rPr>
          <w:rFonts w:ascii="Arial" w:hAnsi="Arial" w:cs="Arial"/>
          <w:sz w:val="20"/>
          <w:szCs w:val="20"/>
          <w:lang w:val="es-MX"/>
        </w:rPr>
        <w:t>__________________________________</w:t>
      </w:r>
      <w:r>
        <w:rPr>
          <w:rFonts w:ascii="Arial" w:hAnsi="Arial" w:cs="Arial"/>
          <w:sz w:val="20"/>
          <w:szCs w:val="20"/>
          <w:lang w:val="es-MX"/>
        </w:rPr>
        <w:t>________</w:t>
      </w:r>
      <w:r w:rsidRPr="00620917">
        <w:rPr>
          <w:rFonts w:ascii="Arial" w:hAnsi="Arial" w:cs="Arial"/>
          <w:sz w:val="20"/>
          <w:szCs w:val="20"/>
          <w:lang w:val="es-MX"/>
        </w:rPr>
        <w:t>_</w:t>
      </w:r>
    </w:p>
    <w:p w14:paraId="2580D96C" w14:textId="77777777" w:rsidR="00620917" w:rsidRPr="00620917" w:rsidRDefault="00620917" w:rsidP="00620917">
      <w:pPr>
        <w:spacing w:after="0" w:line="240" w:lineRule="auto"/>
        <w:jc w:val="both"/>
        <w:rPr>
          <w:rFonts w:ascii="Arial" w:hAnsi="Arial" w:cs="Arial"/>
          <w:sz w:val="10"/>
          <w:szCs w:val="10"/>
          <w:lang w:val="es-MX"/>
        </w:rPr>
      </w:pPr>
    </w:p>
    <w:p w14:paraId="71822764" w14:textId="77777777" w:rsidR="00170BA5" w:rsidRDefault="00170BA5" w:rsidP="00170BA5">
      <w:pPr>
        <w:pStyle w:val="NormalWeb"/>
        <w:spacing w:before="0" w:beforeAutospacing="0" w:after="0" w:afterAutospacing="0"/>
        <w:jc w:val="center"/>
        <w:rPr>
          <w:rFonts w:ascii="Arial" w:hAnsi="Arial" w:cs="Arial"/>
          <w:sz w:val="20"/>
          <w:szCs w:val="20"/>
          <w:lang w:val="es-MX"/>
        </w:rPr>
      </w:pPr>
    </w:p>
    <w:p w14:paraId="59E6563E" w14:textId="41B3C9AD" w:rsidR="00B0441E" w:rsidRDefault="00ED6DA8" w:rsidP="00ED6DA8">
      <w:pPr>
        <w:pStyle w:val="NormalWeb"/>
        <w:spacing w:before="0" w:beforeAutospacing="0" w:after="0" w:afterAutospacing="0"/>
        <w:rPr>
          <w:rFonts w:ascii="Arial" w:hAnsi="Arial" w:cs="Arial"/>
          <w:sz w:val="20"/>
          <w:szCs w:val="20"/>
          <w:lang w:val="es-MX"/>
        </w:rPr>
      </w:pPr>
      <w:r>
        <w:rPr>
          <w:rFonts w:ascii="Arial" w:hAnsi="Arial" w:cs="Arial"/>
          <w:sz w:val="20"/>
          <w:szCs w:val="20"/>
          <w:lang w:val="es-MX"/>
        </w:rPr>
        <w:t>S</w:t>
      </w:r>
      <w:r w:rsidRPr="00620917">
        <w:rPr>
          <w:rFonts w:ascii="Arial" w:hAnsi="Arial" w:cs="Arial"/>
          <w:sz w:val="20"/>
          <w:szCs w:val="20"/>
          <w:lang w:val="es-MX"/>
        </w:rPr>
        <w:t>in más por el momento, agradezco la atención prestada a la presente y quedo en espera de su favorable respuesta.</w:t>
      </w:r>
    </w:p>
    <w:p w14:paraId="4702606E" w14:textId="77777777" w:rsidR="00170BA5" w:rsidRPr="00620917" w:rsidRDefault="00170BA5" w:rsidP="00170BA5">
      <w:pPr>
        <w:pStyle w:val="NormalWeb"/>
        <w:spacing w:before="0" w:beforeAutospacing="0" w:after="0" w:afterAutospacing="0"/>
        <w:jc w:val="center"/>
        <w:rPr>
          <w:rFonts w:ascii="Arial" w:hAnsi="Arial" w:cs="Arial"/>
          <w:sz w:val="20"/>
          <w:szCs w:val="20"/>
          <w:lang w:val="es-MX"/>
        </w:rPr>
      </w:pPr>
    </w:p>
    <w:p w14:paraId="0C50735F" w14:textId="12ECD8DE" w:rsidR="00B0441E" w:rsidRPr="00170BA5" w:rsidRDefault="00B0441E" w:rsidP="00170BA5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"/>
          <w:szCs w:val="2"/>
          <w:lang w:val="es-MX"/>
        </w:rPr>
      </w:pPr>
    </w:p>
    <w:p w14:paraId="7159A6F9" w14:textId="54F82B0D" w:rsidR="007934DD" w:rsidRDefault="00620917" w:rsidP="00170BA5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bCs/>
          <w:sz w:val="20"/>
          <w:szCs w:val="20"/>
          <w:lang w:val="es-MX"/>
        </w:rPr>
      </w:pPr>
      <w:r w:rsidRPr="00170BA5">
        <w:rPr>
          <w:rFonts w:ascii="Arial" w:hAnsi="Arial" w:cs="Arial"/>
          <w:b/>
          <w:bCs/>
          <w:sz w:val="20"/>
          <w:szCs w:val="20"/>
          <w:lang w:val="es-MX"/>
        </w:rPr>
        <w:t>ATENTAMENTE</w:t>
      </w:r>
    </w:p>
    <w:p w14:paraId="2331F916" w14:textId="4F2D90F1" w:rsidR="008340F3" w:rsidRDefault="008340F3" w:rsidP="00170BA5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bCs/>
          <w:sz w:val="20"/>
          <w:szCs w:val="20"/>
          <w:lang w:val="es-MX"/>
        </w:rPr>
      </w:pPr>
    </w:p>
    <w:p w14:paraId="693D4EFE" w14:textId="6582A9AB" w:rsidR="008340F3" w:rsidRDefault="008340F3" w:rsidP="00170BA5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bCs/>
          <w:sz w:val="20"/>
          <w:szCs w:val="20"/>
          <w:lang w:val="es-MX"/>
        </w:rPr>
      </w:pPr>
    </w:p>
    <w:p w14:paraId="2554388C" w14:textId="60B40360" w:rsidR="008340F3" w:rsidRPr="00170BA5" w:rsidRDefault="00ED6DA8" w:rsidP="00170BA5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bCs/>
          <w:sz w:val="20"/>
          <w:szCs w:val="20"/>
          <w:lang w:val="es-MX"/>
        </w:rPr>
      </w:pPr>
      <w:r>
        <w:rPr>
          <w:rFonts w:ascii="Arial" w:hAnsi="Arial" w:cs="Arial"/>
          <w:b/>
          <w:bCs/>
          <w:noProof/>
          <w:sz w:val="20"/>
          <w:szCs w:val="20"/>
          <w:lang w:val="es-MX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F9A5AE7" wp14:editId="0AB1FF04">
                <wp:simplePos x="0" y="0"/>
                <wp:positionH relativeFrom="column">
                  <wp:posOffset>1608455</wp:posOffset>
                </wp:positionH>
                <wp:positionV relativeFrom="paragraph">
                  <wp:posOffset>81280</wp:posOffset>
                </wp:positionV>
                <wp:extent cx="3726169" cy="628981"/>
                <wp:effectExtent l="0" t="0" r="0" b="0"/>
                <wp:wrapNone/>
                <wp:docPr id="1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26169" cy="62898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3B181B2" w14:textId="0D9E95C6" w:rsidR="00170BA5" w:rsidRDefault="00170BA5" w:rsidP="00170BA5">
                            <w:pPr>
                              <w:pStyle w:val="NormalWeb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  <w:lang w:val="es-MX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  <w:lang w:val="es-MX"/>
                              </w:rPr>
                              <w:t>__________________________________________________</w:t>
                            </w:r>
                          </w:p>
                          <w:p w14:paraId="359BD84D" w14:textId="1B317711" w:rsidR="00170BA5" w:rsidRPr="00170BA5" w:rsidRDefault="00170BA5" w:rsidP="00170BA5">
                            <w:pPr>
                              <w:pStyle w:val="NormalWeb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  <w:lang w:val="es-MX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  <w:lang w:val="es-MX"/>
                              </w:rPr>
                              <w:t>(</w:t>
                            </w:r>
                            <w:r w:rsidRPr="00170BA5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  <w:lang w:val="es-MX"/>
                              </w:rPr>
                              <w:t>NOMBRE Y FIRMA/HUELLA)</w:t>
                            </w:r>
                          </w:p>
                          <w:p w14:paraId="59A5CB65" w14:textId="77777777" w:rsidR="00170BA5" w:rsidRDefault="00170BA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F9A5AE7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left:0;text-align:left;margin-left:126.65pt;margin-top:6.4pt;width:293.4pt;height:49.5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" filled="f" stroked="f" strokeweight=".5pt">
                <v:textbox>
                  <w:txbxContent>
                    <w:p w14:paraId="53B181B2" w14:textId="0D9E95C6" w:rsidR="00170BA5" w:rsidRDefault="00170BA5" w:rsidP="00170BA5">
                      <w:pPr>
                        <w:pStyle w:val="NormalWeb"/>
                        <w:jc w:val="center"/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  <w:lang w:val="es-MX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  <w:lang w:val="es-MX"/>
                        </w:rPr>
                        <w:t>__________________________________________________</w:t>
                      </w:r>
                    </w:p>
                    <w:p w14:paraId="359BD84D" w14:textId="1B317711" w:rsidR="00170BA5" w:rsidRPr="00170BA5" w:rsidRDefault="00170BA5" w:rsidP="00170BA5">
                      <w:pPr>
                        <w:pStyle w:val="NormalWeb"/>
                        <w:jc w:val="center"/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  <w:lang w:val="es-MX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  <w:lang w:val="es-MX"/>
                        </w:rPr>
                        <w:t>(</w:t>
                      </w:r>
                      <w:r w:rsidRPr="00170BA5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  <w:lang w:val="es-MX"/>
                        </w:rPr>
                        <w:t>NOMBRE Y FIRMA/HUELLA)</w:t>
                      </w:r>
                    </w:p>
                    <w:p w14:paraId="59A5CB65" w14:textId="77777777" w:rsidR="00170BA5" w:rsidRDefault="00170BA5"/>
                  </w:txbxContent>
                </v:textbox>
              </v:shape>
            </w:pict>
          </mc:Fallback>
        </mc:AlternateContent>
      </w:r>
    </w:p>
    <w:sectPr w:rsidR="008340F3" w:rsidRPr="00170BA5" w:rsidSect="00620917">
      <w:headerReference w:type="default" r:id="rId8"/>
      <w:footerReference w:type="default" r:id="rId9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4A3915" w14:textId="77777777" w:rsidR="00404300" w:rsidRDefault="00404300" w:rsidP="00D27750">
      <w:pPr>
        <w:spacing w:after="0" w:line="240" w:lineRule="auto"/>
      </w:pPr>
      <w:r>
        <w:separator/>
      </w:r>
    </w:p>
  </w:endnote>
  <w:endnote w:type="continuationSeparator" w:id="0">
    <w:p w14:paraId="554FFD5D" w14:textId="77777777" w:rsidR="00404300" w:rsidRDefault="00404300" w:rsidP="00D277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A69089" w14:textId="77777777" w:rsidR="00D27750" w:rsidRDefault="00D27750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11DC06" w14:textId="77777777" w:rsidR="00404300" w:rsidRDefault="00404300" w:rsidP="00D27750">
      <w:pPr>
        <w:spacing w:after="0" w:line="240" w:lineRule="auto"/>
      </w:pPr>
      <w:r>
        <w:separator/>
      </w:r>
    </w:p>
  </w:footnote>
  <w:footnote w:type="continuationSeparator" w:id="0">
    <w:p w14:paraId="406C7925" w14:textId="77777777" w:rsidR="00404300" w:rsidRDefault="00404300" w:rsidP="00D277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63969F" w14:textId="77777777" w:rsidR="00D27750" w:rsidRDefault="00D27750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170BA5"/>
    <w:rsid w:val="0029639D"/>
    <w:rsid w:val="00326F90"/>
    <w:rsid w:val="00404300"/>
    <w:rsid w:val="00620917"/>
    <w:rsid w:val="006229B5"/>
    <w:rsid w:val="007312E9"/>
    <w:rsid w:val="00737CC1"/>
    <w:rsid w:val="007934DD"/>
    <w:rsid w:val="008340F3"/>
    <w:rsid w:val="0099417C"/>
    <w:rsid w:val="00A31103"/>
    <w:rsid w:val="00AA1D8D"/>
    <w:rsid w:val="00B0441E"/>
    <w:rsid w:val="00B2769F"/>
    <w:rsid w:val="00B41214"/>
    <w:rsid w:val="00B47730"/>
    <w:rsid w:val="00CB0664"/>
    <w:rsid w:val="00D27750"/>
    <w:rsid w:val="00ED6DA8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A44CD7C"/>
  <w14:defaultImageDpi w14:val="300"/>
  <w15:docId w15:val="{1030D559-2C37-4EF4-ABCA-A4C00E1CC6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0BA5"/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NormalWeb">
    <w:name w:val="Normal (Web)"/>
    <w:basedOn w:val="Normal"/>
    <w:uiPriority w:val="99"/>
    <w:unhideWhenUsed/>
    <w:rsid w:val="00B044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1894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34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321</Words>
  <Characters>1832</Characters>
  <Application>Microsoft Office Word</Application>
  <DocSecurity>0</DocSecurity>
  <Lines>15</Lines>
  <Paragraphs>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2149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HP</cp:lastModifiedBy>
  <cp:revision>6</cp:revision>
  <dcterms:created xsi:type="dcterms:W3CDTF">2025-09-01T19:29:00Z</dcterms:created>
  <dcterms:modified xsi:type="dcterms:W3CDTF">2025-09-02T17:04:00Z</dcterms:modified>
  <cp:category/>
</cp:coreProperties>
</file>