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5FEA5" w14:textId="2BCE84C9" w:rsidR="007934DD" w:rsidRDefault="00620917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b/>
          <w:bCs/>
          <w:sz w:val="20"/>
          <w:szCs w:val="20"/>
          <w:lang w:val="es-MX"/>
        </w:rPr>
        <w:t>PROGRAMA: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FAMILIA PRODUCTIVA</w:t>
      </w:r>
    </w:p>
    <w:p w14:paraId="2CC8D854" w14:textId="3EC6AC54" w:rsidR="00144494" w:rsidRPr="00620917" w:rsidRDefault="00144494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144494">
        <w:rPr>
          <w:rFonts w:ascii="Arial" w:hAnsi="Arial" w:cs="Arial"/>
          <w:b/>
          <w:bCs/>
          <w:sz w:val="20"/>
          <w:szCs w:val="20"/>
          <w:lang w:val="es-MX"/>
        </w:rPr>
        <w:t>ASUNTO:</w:t>
      </w:r>
      <w:r>
        <w:rPr>
          <w:rFonts w:ascii="Arial" w:hAnsi="Arial" w:cs="Arial"/>
          <w:sz w:val="20"/>
          <w:szCs w:val="20"/>
          <w:lang w:val="es-MX"/>
        </w:rPr>
        <w:t xml:space="preserve"> CARTA DE EXPOSICIÓN DE MOTIVOS</w:t>
      </w:r>
    </w:p>
    <w:p w14:paraId="3149FDC1" w14:textId="703CBF8F" w:rsidR="00B2769F" w:rsidRPr="00620917" w:rsidRDefault="00B2769F" w:rsidP="00144494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 xml:space="preserve">DOCTOR MORA, </w:t>
      </w:r>
      <w:r>
        <w:rPr>
          <w:rFonts w:ascii="Arial" w:hAnsi="Arial" w:cs="Arial"/>
          <w:sz w:val="20"/>
          <w:szCs w:val="20"/>
          <w:lang w:val="es-MX"/>
        </w:rPr>
        <w:t xml:space="preserve">GTO. </w:t>
      </w:r>
      <w:r w:rsidRPr="00620917">
        <w:rPr>
          <w:rFonts w:ascii="Arial" w:hAnsi="Arial" w:cs="Arial"/>
          <w:sz w:val="20"/>
          <w:szCs w:val="20"/>
          <w:lang w:val="es-MX"/>
        </w:rPr>
        <w:t>A</w:t>
      </w:r>
      <w:r w:rsidR="00144494">
        <w:rPr>
          <w:rFonts w:ascii="Arial" w:hAnsi="Arial" w:cs="Arial"/>
          <w:sz w:val="20"/>
          <w:szCs w:val="20"/>
          <w:lang w:val="es-MX"/>
        </w:rPr>
        <w:t xml:space="preserve"> _________ DE SEPTIEMBRE DE 2025</w:t>
      </w:r>
    </w:p>
    <w:p w14:paraId="0BC320BF" w14:textId="77777777" w:rsidR="00144494" w:rsidRDefault="00144494" w:rsidP="00170BA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481C63D8" w14:textId="44E81BC2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T.S.U. EDGAR JAVIER RESÉNDIZ JACOBO</w:t>
      </w:r>
    </w:p>
    <w:p w14:paraId="177DC702" w14:textId="5F28EECB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PRESIDENTE MUNICIPAL</w:t>
      </w:r>
    </w:p>
    <w:p w14:paraId="405DBAD6" w14:textId="5AFFEED9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ADMINISTRACIÓN 2024-2027</w:t>
      </w:r>
    </w:p>
    <w:p w14:paraId="277AD319" w14:textId="16A0D2C6" w:rsidR="00144494" w:rsidRDefault="00144494" w:rsidP="0014449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DOCTOR MORA, GUANAJUATO</w:t>
      </w:r>
    </w:p>
    <w:p w14:paraId="1F063498" w14:textId="77777777" w:rsidR="00144494" w:rsidRDefault="00144494" w:rsidP="00170BA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7B423E9C" w14:textId="7E7831F7" w:rsidR="007934DD" w:rsidRPr="00620917" w:rsidRDefault="00144494" w:rsidP="00170BA5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 xml:space="preserve">El (la) que suscribe C.____________________________________________ de ____________ años de edad, </w:t>
      </w:r>
      <w:r w:rsidR="00063B17">
        <w:rPr>
          <w:rFonts w:ascii="Arial" w:hAnsi="Arial" w:cs="Arial"/>
          <w:b/>
          <w:bCs/>
          <w:sz w:val="20"/>
          <w:szCs w:val="20"/>
          <w:lang w:val="es-MX"/>
        </w:rPr>
        <w:t>con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domicilio</w:t>
      </w:r>
      <w:r w:rsidR="005343B5">
        <w:rPr>
          <w:rFonts w:ascii="Arial" w:hAnsi="Arial" w:cs="Arial"/>
          <w:b/>
          <w:bCs/>
          <w:sz w:val="20"/>
          <w:szCs w:val="20"/>
          <w:lang w:val="es-MX"/>
        </w:rPr>
        <w:t xml:space="preserve"> particular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en __________________</w:t>
      </w:r>
      <w:r w:rsidR="005343B5">
        <w:rPr>
          <w:rFonts w:ascii="Arial" w:hAnsi="Arial" w:cs="Arial"/>
          <w:b/>
          <w:bCs/>
          <w:sz w:val="20"/>
          <w:szCs w:val="20"/>
          <w:lang w:val="es-MX"/>
        </w:rPr>
        <w:t>____</w:t>
      </w:r>
      <w:r>
        <w:rPr>
          <w:rFonts w:ascii="Arial" w:hAnsi="Arial" w:cs="Arial"/>
          <w:b/>
          <w:bCs/>
          <w:sz w:val="20"/>
          <w:szCs w:val="20"/>
          <w:lang w:val="es-MX"/>
        </w:rPr>
        <w:t>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______</w:t>
      </w:r>
      <w:r>
        <w:rPr>
          <w:rFonts w:ascii="Arial" w:hAnsi="Arial" w:cs="Arial"/>
          <w:b/>
          <w:bCs/>
          <w:sz w:val="20"/>
          <w:szCs w:val="20"/>
          <w:lang w:val="es-MX"/>
        </w:rPr>
        <w:t>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3B2DEA">
        <w:rPr>
          <w:rFonts w:ascii="Arial" w:hAnsi="Arial" w:cs="Arial"/>
          <w:b/>
          <w:bCs/>
          <w:sz w:val="20"/>
          <w:szCs w:val="20"/>
          <w:lang w:val="es-MX"/>
        </w:rPr>
        <w:t>de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la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localidad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s-MX"/>
        </w:rPr>
        <w:t>_________________________________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.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>Con ocupación principal en _______________________</w:t>
      </w:r>
      <w:r w:rsidR="00EF558E">
        <w:rPr>
          <w:rFonts w:ascii="Arial" w:hAnsi="Arial" w:cs="Arial"/>
          <w:b/>
          <w:bCs/>
          <w:sz w:val="20"/>
          <w:szCs w:val="20"/>
          <w:lang w:val="es-MX"/>
        </w:rPr>
        <w:t>_______________</w:t>
      </w:r>
      <w:r w:rsidR="006F7C11">
        <w:rPr>
          <w:rFonts w:ascii="Arial" w:hAnsi="Arial" w:cs="Arial"/>
          <w:b/>
          <w:bCs/>
          <w:sz w:val="20"/>
          <w:szCs w:val="20"/>
          <w:lang w:val="es-MX"/>
        </w:rPr>
        <w:t xml:space="preserve">_____, me </w:t>
      </w:r>
      <w:r w:rsidR="00063B17">
        <w:rPr>
          <w:rFonts w:ascii="Arial" w:hAnsi="Arial" w:cs="Arial"/>
          <w:b/>
          <w:bCs/>
          <w:sz w:val="20"/>
          <w:szCs w:val="20"/>
          <w:lang w:val="es-MX"/>
        </w:rPr>
        <w:t>permito externarle lo siguiente:</w:t>
      </w:r>
    </w:p>
    <w:p w14:paraId="3839DA14" w14:textId="4DED4584" w:rsidR="007934DD" w:rsidRPr="00620917" w:rsidRDefault="00620917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1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 w:rsidR="00144494"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i </w:t>
      </w:r>
      <w:r w:rsidR="00144494">
        <w:rPr>
          <w:rFonts w:ascii="Arial" w:hAnsi="Arial" w:cs="Arial"/>
          <w:color w:val="000000" w:themeColor="text1"/>
          <w:sz w:val="20"/>
          <w:szCs w:val="20"/>
          <w:lang w:val="es-MX"/>
        </w:rPr>
        <w:t>condición migrante es</w:t>
      </w:r>
      <w:r w:rsidR="00144494"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:</w:t>
      </w:r>
    </w:p>
    <w:p w14:paraId="1F71AE28" w14:textId="22C37775" w:rsidR="00BE52C0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S</w:t>
      </w:r>
      <w:r w:rsidRPr="00BE52C0">
        <w:rPr>
          <w:rFonts w:ascii="Arial" w:hAnsi="Arial" w:cs="Arial"/>
          <w:sz w:val="20"/>
          <w:szCs w:val="20"/>
          <w:lang w:val="es-MX"/>
        </w:rPr>
        <w:t>oy persona migrante que ha retornado de trabajar en el extranjero.</w:t>
      </w:r>
    </w:p>
    <w:p w14:paraId="37011251" w14:textId="5709786C" w:rsidR="00BE52C0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T</w:t>
      </w:r>
      <w:r w:rsidRPr="00BE52C0">
        <w:rPr>
          <w:rFonts w:ascii="Arial" w:hAnsi="Arial" w:cs="Arial"/>
          <w:sz w:val="20"/>
          <w:szCs w:val="20"/>
          <w:lang w:val="es-MX"/>
        </w:rPr>
        <w:t>engo familiares migrantes que actualmente residen o trabajaron en el extranjero.</w:t>
      </w:r>
    </w:p>
    <w:p w14:paraId="56F2424F" w14:textId="77777777" w:rsidR="00C026B6" w:rsidRPr="00620917" w:rsidRDefault="00C026B6" w:rsidP="00C026B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0FFF9735" w14:textId="23E659E9" w:rsidR="00BE52C0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I</w:t>
      </w:r>
      <w:r w:rsidRPr="00BE52C0">
        <w:rPr>
          <w:rFonts w:ascii="Arial" w:hAnsi="Arial" w:cs="Arial"/>
          <w:sz w:val="20"/>
          <w:szCs w:val="20"/>
          <w:lang w:val="es-MX"/>
        </w:rPr>
        <w:t>ndique el país de residencia o de trabajo de su familiar migrante:</w:t>
      </w:r>
      <w:r>
        <w:rPr>
          <w:rFonts w:ascii="Arial" w:hAnsi="Arial" w:cs="Arial"/>
          <w:sz w:val="20"/>
          <w:szCs w:val="20"/>
          <w:lang w:val="es-MX"/>
        </w:rPr>
        <w:t xml:space="preserve"> ________________</w:t>
      </w:r>
      <w:r w:rsidR="003F4359">
        <w:rPr>
          <w:rFonts w:ascii="Arial" w:hAnsi="Arial" w:cs="Arial"/>
          <w:sz w:val="20"/>
          <w:szCs w:val="20"/>
          <w:lang w:val="es-MX"/>
        </w:rPr>
        <w:t>________________</w:t>
      </w:r>
      <w:r>
        <w:rPr>
          <w:rFonts w:ascii="Arial" w:hAnsi="Arial" w:cs="Arial"/>
          <w:sz w:val="20"/>
          <w:szCs w:val="20"/>
          <w:lang w:val="es-MX"/>
        </w:rPr>
        <w:t>___________</w:t>
      </w:r>
    </w:p>
    <w:p w14:paraId="493D7806" w14:textId="571408D9" w:rsidR="00BE52C0" w:rsidRDefault="00C65E3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P</w:t>
      </w:r>
      <w:r w:rsidR="00144494" w:rsidRPr="00BE52C0">
        <w:rPr>
          <w:rFonts w:ascii="Arial" w:hAnsi="Arial" w:cs="Arial"/>
          <w:sz w:val="20"/>
          <w:szCs w:val="20"/>
          <w:lang w:val="es-MX"/>
        </w:rPr>
        <w:t>arentesco con el familiar migrante: ___________________________________________</w:t>
      </w:r>
      <w:r w:rsidR="00144494">
        <w:rPr>
          <w:rFonts w:ascii="Arial" w:hAnsi="Arial" w:cs="Arial"/>
          <w:sz w:val="20"/>
          <w:szCs w:val="20"/>
          <w:lang w:val="es-MX"/>
        </w:rPr>
        <w:t>____________</w:t>
      </w:r>
      <w:r w:rsidR="003F4359">
        <w:rPr>
          <w:rFonts w:ascii="Arial" w:hAnsi="Arial" w:cs="Arial"/>
          <w:sz w:val="20"/>
          <w:szCs w:val="20"/>
          <w:lang w:val="es-MX"/>
        </w:rPr>
        <w:t>___________</w:t>
      </w:r>
    </w:p>
    <w:p w14:paraId="0D4A4FA5" w14:textId="77777777" w:rsidR="00BE52C0" w:rsidRPr="00BE52C0" w:rsidRDefault="00BE52C0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</w:p>
    <w:p w14:paraId="1FB50F2B" w14:textId="2010268B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E</w:t>
      </w:r>
      <w:r w:rsidRPr="00620917">
        <w:rPr>
          <w:rFonts w:ascii="Arial" w:hAnsi="Arial" w:cs="Arial"/>
          <w:sz w:val="20"/>
          <w:szCs w:val="20"/>
          <w:lang w:val="es-MX"/>
        </w:rPr>
        <w:t>xplique brevemente su situación actual (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hace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, 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problema tiene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>, ¿qué necesita?):</w:t>
      </w:r>
    </w:p>
    <w:p w14:paraId="001399F9" w14:textId="36A4586E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0B06A586" w14:textId="59E14781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1908C4C6" w14:textId="5A5B6F72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2.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motivo por el cu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á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solicito el apoyo es:</w:t>
      </w:r>
    </w:p>
    <w:p w14:paraId="00719ED1" w14:textId="2468A6C2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necesita y para qué lo ocuparía?)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1E672C4" w14:textId="32810E02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20CD8B63" w14:textId="1C033D05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08691AFD" w14:textId="00CF610E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3.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beneficio que espero obtener con el apoyo es:</w:t>
      </w:r>
    </w:p>
    <w:p w14:paraId="433D18B7" w14:textId="73F242AE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mejoraría en su vida, su familia o su comunidad?)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9E9FA8A" w14:textId="43489792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403D3808" w14:textId="6F2B4354" w:rsidR="007934DD" w:rsidRPr="00620917" w:rsidRDefault="00144494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63D35AC0" w14:textId="67F662E8" w:rsidR="00170BA5" w:rsidRPr="00620917" w:rsidRDefault="00144494" w:rsidP="00170BA5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4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El uso principal será para:</w:t>
      </w:r>
    </w:p>
    <w:p w14:paraId="3E4D6D03" w14:textId="6539E59B" w:rsidR="00170BA5" w:rsidRPr="00620917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D55497" w:rsidRPr="00D55497">
        <w:rPr>
          <w:rFonts w:ascii="Arial" w:hAnsi="Arial" w:cs="Arial"/>
          <w:sz w:val="20"/>
          <w:szCs w:val="20"/>
          <w:lang w:val="es-MX"/>
        </w:rPr>
        <w:t>Producción de forraje para alimentación ganadera</w:t>
      </w:r>
      <w:r w:rsidR="00D55497">
        <w:rPr>
          <w:rFonts w:ascii="Arial" w:hAnsi="Arial" w:cs="Arial"/>
          <w:sz w:val="20"/>
          <w:szCs w:val="20"/>
          <w:lang w:val="es-MX"/>
        </w:rPr>
        <w:t>.</w:t>
      </w:r>
    </w:p>
    <w:p w14:paraId="3B5BF032" w14:textId="1FD421E1" w:rsidR="00170BA5" w:rsidRPr="00620917" w:rsidRDefault="00144494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 w:rsidR="00D55497" w:rsidRPr="00D55497">
        <w:rPr>
          <w:rFonts w:ascii="Arial" w:hAnsi="Arial" w:cs="Arial"/>
          <w:sz w:val="20"/>
          <w:szCs w:val="20"/>
          <w:lang w:val="es-MX"/>
        </w:rPr>
        <w:t>Producción de forraje para venta y generación de ingresos adicionales.</w:t>
      </w:r>
    </w:p>
    <w:p w14:paraId="40AF9B0D" w14:textId="77777777" w:rsidR="00C026B6" w:rsidRPr="00620917" w:rsidRDefault="00C026B6" w:rsidP="00C026B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079B51B8" w14:textId="6B3DE02B" w:rsidR="007934DD" w:rsidRPr="00620917" w:rsidRDefault="00144494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5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i compromiso como beneficiario es:</w:t>
      </w:r>
    </w:p>
    <w:p w14:paraId="6C9AA5E8" w14:textId="5442710E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U</w:t>
      </w:r>
      <w:r w:rsidRPr="00620917">
        <w:rPr>
          <w:rFonts w:ascii="Arial" w:hAnsi="Arial" w:cs="Arial"/>
          <w:sz w:val="20"/>
          <w:szCs w:val="20"/>
          <w:lang w:val="es-MX"/>
        </w:rPr>
        <w:t>sar el apoyo de manera responsable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03DB999D" w14:textId="2EFEF7CB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D</w:t>
      </w:r>
      <w:r w:rsidRPr="00620917">
        <w:rPr>
          <w:rFonts w:ascii="Arial" w:hAnsi="Arial" w:cs="Arial"/>
          <w:sz w:val="20"/>
          <w:szCs w:val="20"/>
          <w:lang w:val="es-MX"/>
        </w:rPr>
        <w:t>arle el uso correcto y exclusivo para el fin solicitado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AA0D7E8" w14:textId="4F5146EF" w:rsidR="007934DD" w:rsidRPr="00620917" w:rsidRDefault="00144494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C</w:t>
      </w:r>
      <w:r w:rsidRPr="00620917">
        <w:rPr>
          <w:rFonts w:ascii="Arial" w:hAnsi="Arial" w:cs="Arial"/>
          <w:sz w:val="20"/>
          <w:szCs w:val="20"/>
          <w:lang w:val="es-MX"/>
        </w:rPr>
        <w:t>uidar y mantener el recurso recibido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78797C7" w14:textId="76C4968D" w:rsidR="007934DD" w:rsidRDefault="00D55497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="00144494" w:rsidRPr="00620917">
        <w:rPr>
          <w:rFonts w:ascii="Arial" w:hAnsi="Arial" w:cs="Arial"/>
          <w:sz w:val="20"/>
          <w:szCs w:val="20"/>
          <w:lang w:val="es-MX"/>
        </w:rPr>
        <w:t>tro compromiso que asumo: __________________________</w:t>
      </w:r>
      <w:r>
        <w:rPr>
          <w:rFonts w:ascii="Arial" w:hAnsi="Arial" w:cs="Arial"/>
          <w:sz w:val="20"/>
          <w:szCs w:val="20"/>
          <w:lang w:val="es-MX"/>
        </w:rPr>
        <w:t>_____</w:t>
      </w:r>
      <w:r w:rsidR="00144494" w:rsidRPr="00620917">
        <w:rPr>
          <w:rFonts w:ascii="Arial" w:hAnsi="Arial" w:cs="Arial"/>
          <w:sz w:val="20"/>
          <w:szCs w:val="20"/>
          <w:lang w:val="es-MX"/>
        </w:rPr>
        <w:t>______________________________</w:t>
      </w:r>
      <w:r w:rsidR="00144494">
        <w:rPr>
          <w:rFonts w:ascii="Arial" w:hAnsi="Arial" w:cs="Arial"/>
          <w:sz w:val="20"/>
          <w:szCs w:val="20"/>
          <w:lang w:val="es-MX"/>
        </w:rPr>
        <w:t>________</w:t>
      </w:r>
    </w:p>
    <w:p w14:paraId="2580D96C" w14:textId="77777777" w:rsidR="00620917" w:rsidRPr="00620917" w:rsidRDefault="00620917" w:rsidP="00620917">
      <w:pPr>
        <w:spacing w:after="0" w:line="240" w:lineRule="auto"/>
        <w:jc w:val="both"/>
        <w:rPr>
          <w:rFonts w:ascii="Arial" w:hAnsi="Arial" w:cs="Arial"/>
          <w:sz w:val="10"/>
          <w:szCs w:val="10"/>
          <w:lang w:val="es-MX"/>
        </w:rPr>
      </w:pPr>
    </w:p>
    <w:p w14:paraId="71822764" w14:textId="77777777" w:rsidR="00170BA5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59E6563E" w14:textId="37D8948F" w:rsidR="00B0441E" w:rsidRDefault="00144494" w:rsidP="00144494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S</w:t>
      </w:r>
      <w:r w:rsidRPr="00620917">
        <w:rPr>
          <w:rFonts w:ascii="Arial" w:hAnsi="Arial" w:cs="Arial"/>
          <w:sz w:val="20"/>
          <w:szCs w:val="20"/>
          <w:lang w:val="es-MX"/>
        </w:rPr>
        <w:t>in más por el momento, agradezco la atención prestada a la presente y quedo en espera de su favorable respuesta.</w:t>
      </w:r>
    </w:p>
    <w:p w14:paraId="4702606E" w14:textId="77777777" w:rsidR="00170BA5" w:rsidRPr="00620917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0C50735F" w14:textId="12ECD8DE" w:rsidR="00B0441E" w:rsidRPr="00170BA5" w:rsidRDefault="00B0441E" w:rsidP="00170BA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"/>
          <w:szCs w:val="2"/>
          <w:lang w:val="es-MX"/>
        </w:rPr>
      </w:pPr>
    </w:p>
    <w:p w14:paraId="7159A6F9" w14:textId="54F82B0D" w:rsidR="007934DD" w:rsidRDefault="00620917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 w:rsidRPr="00170BA5">
        <w:rPr>
          <w:rFonts w:ascii="Arial" w:hAnsi="Arial" w:cs="Arial"/>
          <w:b/>
          <w:bCs/>
          <w:sz w:val="20"/>
          <w:szCs w:val="20"/>
          <w:lang w:val="es-MX"/>
        </w:rPr>
        <w:t>ATENTAMENTE</w:t>
      </w:r>
    </w:p>
    <w:p w14:paraId="2554388C" w14:textId="76DE1B3E" w:rsidR="008340F3" w:rsidRPr="00170BA5" w:rsidRDefault="008340F3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noProof/>
          <w:sz w:val="20"/>
          <w:szCs w:val="20"/>
          <w:lang w:val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9A5AE7" wp14:editId="5ABB9617">
                <wp:simplePos x="0" y="0"/>
                <wp:positionH relativeFrom="column">
                  <wp:posOffset>1583055</wp:posOffset>
                </wp:positionH>
                <wp:positionV relativeFrom="paragraph">
                  <wp:posOffset>398780</wp:posOffset>
                </wp:positionV>
                <wp:extent cx="3726169" cy="628981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169" cy="628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B181B2" w14:textId="0D9E95C6" w:rsid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__________________________________________________</w:t>
                            </w:r>
                          </w:p>
                          <w:p w14:paraId="359BD84D" w14:textId="1B317711" w:rsidR="00170BA5" w:rsidRP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(</w:t>
                            </w:r>
                            <w:r w:rsidRPr="00170BA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NOMBRE Y FIRMA/HUELLA)</w:t>
                            </w:r>
                          </w:p>
                          <w:p w14:paraId="59A5CB65" w14:textId="77777777" w:rsidR="00170BA5" w:rsidRDefault="00170B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A5AE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24.65pt;margin-top:31.4pt;width:293.4pt;height:49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" filled="f" stroked="f" strokeweight=".5pt">
                <v:textbox>
                  <w:txbxContent>
                    <w:p w14:paraId="53B181B2" w14:textId="0D9E95C6" w:rsid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__________________________________________________</w:t>
                      </w:r>
                    </w:p>
                    <w:p w14:paraId="359BD84D" w14:textId="1B317711" w:rsidR="00170BA5" w:rsidRP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(</w:t>
                      </w:r>
                      <w:r w:rsidRPr="00170BA5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NOMBRE Y FIRMA/HUELLA)</w:t>
                      </w:r>
                    </w:p>
                    <w:p w14:paraId="59A5CB65" w14:textId="77777777" w:rsidR="00170BA5" w:rsidRDefault="00170BA5"/>
                  </w:txbxContent>
                </v:textbox>
              </v:shape>
            </w:pict>
          </mc:Fallback>
        </mc:AlternateContent>
      </w:r>
    </w:p>
    <w:sectPr w:rsidR="008340F3" w:rsidRPr="00170BA5" w:rsidSect="00620917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09BBE" w14:textId="77777777" w:rsidR="005D46F3" w:rsidRDefault="005D46F3" w:rsidP="00D27750">
      <w:pPr>
        <w:spacing w:after="0" w:line="240" w:lineRule="auto"/>
      </w:pPr>
      <w:r>
        <w:separator/>
      </w:r>
    </w:p>
  </w:endnote>
  <w:endnote w:type="continuationSeparator" w:id="0">
    <w:p w14:paraId="22981D11" w14:textId="77777777" w:rsidR="005D46F3" w:rsidRDefault="005D46F3" w:rsidP="00D27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69089" w14:textId="77777777" w:rsidR="00D27750" w:rsidRDefault="00D277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C80A3" w14:textId="77777777" w:rsidR="005D46F3" w:rsidRDefault="005D46F3" w:rsidP="00D27750">
      <w:pPr>
        <w:spacing w:after="0" w:line="240" w:lineRule="auto"/>
      </w:pPr>
      <w:r>
        <w:separator/>
      </w:r>
    </w:p>
  </w:footnote>
  <w:footnote w:type="continuationSeparator" w:id="0">
    <w:p w14:paraId="5F69AAC8" w14:textId="77777777" w:rsidR="005D46F3" w:rsidRDefault="005D46F3" w:rsidP="00D27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3969F" w14:textId="77777777" w:rsidR="00D27750" w:rsidRDefault="00D277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3B17"/>
    <w:rsid w:val="00144494"/>
    <w:rsid w:val="0015074B"/>
    <w:rsid w:val="00170BA5"/>
    <w:rsid w:val="002922C3"/>
    <w:rsid w:val="0029639D"/>
    <w:rsid w:val="00326F90"/>
    <w:rsid w:val="003B2DEA"/>
    <w:rsid w:val="003F4359"/>
    <w:rsid w:val="005343B5"/>
    <w:rsid w:val="00583717"/>
    <w:rsid w:val="005D46F3"/>
    <w:rsid w:val="00620917"/>
    <w:rsid w:val="006229B5"/>
    <w:rsid w:val="006F7C11"/>
    <w:rsid w:val="007312E9"/>
    <w:rsid w:val="00737CC1"/>
    <w:rsid w:val="00785216"/>
    <w:rsid w:val="007934DD"/>
    <w:rsid w:val="007F608D"/>
    <w:rsid w:val="008340F3"/>
    <w:rsid w:val="0099417C"/>
    <w:rsid w:val="00A31103"/>
    <w:rsid w:val="00AA1D8D"/>
    <w:rsid w:val="00B0441E"/>
    <w:rsid w:val="00B2769F"/>
    <w:rsid w:val="00B41214"/>
    <w:rsid w:val="00B47730"/>
    <w:rsid w:val="00BE52C0"/>
    <w:rsid w:val="00C026B6"/>
    <w:rsid w:val="00C65E34"/>
    <w:rsid w:val="00CB0664"/>
    <w:rsid w:val="00D27750"/>
    <w:rsid w:val="00D55497"/>
    <w:rsid w:val="00EF558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44CD7C"/>
  <w14:defaultImageDpi w14:val="300"/>
  <w15:docId w15:val="{1030D559-2C37-4EF4-ABCA-A4C00E1C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BA5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B04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9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16</cp:revision>
  <cp:lastPrinted>2025-09-02T16:28:00Z</cp:lastPrinted>
  <dcterms:created xsi:type="dcterms:W3CDTF">2025-09-01T19:29:00Z</dcterms:created>
  <dcterms:modified xsi:type="dcterms:W3CDTF">2025-09-02T17:06:00Z</dcterms:modified>
  <cp:category/>
</cp:coreProperties>
</file>